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AB727" w14:textId="77777777" w:rsidR="00A046F0" w:rsidRDefault="00A046F0">
      <w:pPr>
        <w:jc w:val="center"/>
        <w:rPr>
          <w:b/>
          <w:sz w:val="24"/>
        </w:rPr>
      </w:pPr>
    </w:p>
    <w:p w14:paraId="1A212824" w14:textId="77777777" w:rsidR="00374583" w:rsidRPr="00A046F0" w:rsidRDefault="00000000" w:rsidP="00A046F0">
      <w:pPr>
        <w:rPr>
          <w:sz w:val="28"/>
          <w:szCs w:val="28"/>
        </w:rPr>
      </w:pPr>
      <w:r w:rsidRPr="00A046F0">
        <w:rPr>
          <w:b/>
          <w:sz w:val="28"/>
          <w:szCs w:val="28"/>
        </w:rPr>
        <w:t>OBRAZAC 1.</w:t>
      </w:r>
    </w:p>
    <w:p w14:paraId="050D9FCF" w14:textId="77777777" w:rsidR="00374583" w:rsidRDefault="00000000">
      <w:pPr>
        <w:jc w:val="center"/>
      </w:pPr>
      <w:r>
        <w:rPr>
          <w:b/>
          <w:sz w:val="30"/>
        </w:rPr>
        <w:t>ZAHTJEV ZA DODJELU BESPOVRATNE POTPORE</w:t>
      </w:r>
    </w:p>
    <w:p w14:paraId="76B87A8C" w14:textId="77777777" w:rsidR="00374583" w:rsidRDefault="00000000">
      <w:pPr>
        <w:jc w:val="center"/>
      </w:pPr>
      <w:r>
        <w:t>po Javnom pozivu za dodjelu bespovratnih potpora za razvoj turističkih</w:t>
      </w:r>
      <w:r>
        <w:br/>
        <w:t>smještajnih kapaciteta na području Turističke zajednice Bilogora – Bjelovar</w:t>
      </w:r>
    </w:p>
    <w:p w14:paraId="1E424F76" w14:textId="77777777" w:rsidR="00374583" w:rsidRDefault="00000000">
      <w:pPr>
        <w:pStyle w:val="Naslov1"/>
      </w:pPr>
      <w:r>
        <w:t>1. PODACI O PRIJAVITELJU</w:t>
      </w:r>
    </w:p>
    <w:tbl>
      <w:tblPr>
        <w:tblStyle w:val="Reetkatablice"/>
        <w:tblW w:w="0" w:type="auto"/>
        <w:jc w:val="center"/>
        <w:tblLayout w:type="fixed"/>
        <w:tblLook w:val="04A0" w:firstRow="1" w:lastRow="0" w:firstColumn="1" w:lastColumn="0" w:noHBand="0" w:noVBand="1"/>
      </w:tblPr>
      <w:tblGrid>
        <w:gridCol w:w="3969"/>
        <w:gridCol w:w="5669"/>
      </w:tblGrid>
      <w:tr w:rsidR="00374583" w14:paraId="55ADAD71" w14:textId="77777777">
        <w:trPr>
          <w:jc w:val="center"/>
        </w:trPr>
        <w:tc>
          <w:tcPr>
            <w:tcW w:w="3969" w:type="dxa"/>
            <w:shd w:val="clear" w:color="auto" w:fill="E7E6E6"/>
            <w:tcMar>
              <w:top w:w="80" w:type="dxa"/>
              <w:left w:w="100" w:type="dxa"/>
              <w:bottom w:w="80" w:type="dxa"/>
              <w:right w:w="100" w:type="dxa"/>
            </w:tcMar>
            <w:vAlign w:val="center"/>
          </w:tcPr>
          <w:p w14:paraId="70EF2C6B" w14:textId="77777777" w:rsidR="00374583" w:rsidRDefault="00000000">
            <w:r>
              <w:rPr>
                <w:b/>
                <w:sz w:val="18"/>
              </w:rPr>
              <w:t>Ime i prezime / naziv prijavitelja</w:t>
            </w:r>
          </w:p>
        </w:tc>
        <w:tc>
          <w:tcPr>
            <w:tcW w:w="5669" w:type="dxa"/>
            <w:tcMar>
              <w:top w:w="80" w:type="dxa"/>
              <w:left w:w="100" w:type="dxa"/>
              <w:bottom w:w="80" w:type="dxa"/>
              <w:right w:w="100" w:type="dxa"/>
            </w:tcMar>
            <w:vAlign w:val="center"/>
          </w:tcPr>
          <w:p w14:paraId="2287FACF" w14:textId="77777777" w:rsidR="00374583" w:rsidRDefault="00374583"/>
        </w:tc>
      </w:tr>
      <w:tr w:rsidR="00374583" w14:paraId="79D07710" w14:textId="77777777">
        <w:trPr>
          <w:jc w:val="center"/>
        </w:trPr>
        <w:tc>
          <w:tcPr>
            <w:tcW w:w="3969" w:type="dxa"/>
            <w:shd w:val="clear" w:color="auto" w:fill="E7E6E6"/>
            <w:tcMar>
              <w:top w:w="80" w:type="dxa"/>
              <w:left w:w="100" w:type="dxa"/>
              <w:bottom w:w="80" w:type="dxa"/>
              <w:right w:w="100" w:type="dxa"/>
            </w:tcMar>
            <w:vAlign w:val="center"/>
          </w:tcPr>
          <w:p w14:paraId="02E3A484" w14:textId="77777777" w:rsidR="00374583" w:rsidRDefault="00000000">
            <w:r>
              <w:rPr>
                <w:b/>
                <w:sz w:val="18"/>
              </w:rPr>
              <w:t>OIB</w:t>
            </w:r>
          </w:p>
        </w:tc>
        <w:tc>
          <w:tcPr>
            <w:tcW w:w="5669" w:type="dxa"/>
            <w:tcMar>
              <w:top w:w="80" w:type="dxa"/>
              <w:left w:w="100" w:type="dxa"/>
              <w:bottom w:w="80" w:type="dxa"/>
              <w:right w:w="100" w:type="dxa"/>
            </w:tcMar>
            <w:vAlign w:val="center"/>
          </w:tcPr>
          <w:p w14:paraId="722B14F9" w14:textId="77777777" w:rsidR="00374583" w:rsidRDefault="00374583"/>
        </w:tc>
      </w:tr>
      <w:tr w:rsidR="00374583" w14:paraId="34A9B101" w14:textId="77777777">
        <w:trPr>
          <w:jc w:val="center"/>
        </w:trPr>
        <w:tc>
          <w:tcPr>
            <w:tcW w:w="3969" w:type="dxa"/>
            <w:shd w:val="clear" w:color="auto" w:fill="E7E6E6"/>
            <w:tcMar>
              <w:top w:w="80" w:type="dxa"/>
              <w:left w:w="100" w:type="dxa"/>
              <w:bottom w:w="80" w:type="dxa"/>
              <w:right w:w="100" w:type="dxa"/>
            </w:tcMar>
            <w:vAlign w:val="center"/>
          </w:tcPr>
          <w:p w14:paraId="4D74933A" w14:textId="77777777" w:rsidR="00374583" w:rsidRDefault="00000000">
            <w:r>
              <w:rPr>
                <w:b/>
                <w:sz w:val="18"/>
              </w:rPr>
              <w:t>Pravni status prijavitelja</w:t>
            </w:r>
          </w:p>
        </w:tc>
        <w:tc>
          <w:tcPr>
            <w:tcW w:w="5669" w:type="dxa"/>
            <w:tcMar>
              <w:top w:w="80" w:type="dxa"/>
              <w:left w:w="100" w:type="dxa"/>
              <w:bottom w:w="80" w:type="dxa"/>
              <w:right w:w="100" w:type="dxa"/>
            </w:tcMar>
            <w:vAlign w:val="center"/>
          </w:tcPr>
          <w:p w14:paraId="0C410000" w14:textId="77777777" w:rsidR="00374583" w:rsidRDefault="00000000">
            <w:r>
              <w:rPr>
                <w:sz w:val="18"/>
              </w:rPr>
              <w:t>☐ fizička osoba   ☐ OPG   ☐ obrt</w:t>
            </w:r>
            <w:r>
              <w:rPr>
                <w:sz w:val="18"/>
              </w:rPr>
              <w:br/>
              <w:t>☐ trgovačko društvo   ☐ drugo: __________________________</w:t>
            </w:r>
          </w:p>
        </w:tc>
      </w:tr>
      <w:tr w:rsidR="00374583" w14:paraId="2A6CB64B" w14:textId="77777777">
        <w:trPr>
          <w:jc w:val="center"/>
        </w:trPr>
        <w:tc>
          <w:tcPr>
            <w:tcW w:w="3969" w:type="dxa"/>
            <w:shd w:val="clear" w:color="auto" w:fill="E7E6E6"/>
            <w:tcMar>
              <w:top w:w="80" w:type="dxa"/>
              <w:left w:w="100" w:type="dxa"/>
              <w:bottom w:w="80" w:type="dxa"/>
              <w:right w:w="100" w:type="dxa"/>
            </w:tcMar>
            <w:vAlign w:val="center"/>
          </w:tcPr>
          <w:p w14:paraId="6CF84542" w14:textId="77777777" w:rsidR="00374583" w:rsidRDefault="00000000">
            <w:r>
              <w:rPr>
                <w:b/>
                <w:sz w:val="18"/>
              </w:rPr>
              <w:t>Prijavitelj je početnik koji još nema registriranu djelatnost / smještajni objekt</w:t>
            </w:r>
          </w:p>
        </w:tc>
        <w:tc>
          <w:tcPr>
            <w:tcW w:w="5669" w:type="dxa"/>
            <w:tcMar>
              <w:top w:w="80" w:type="dxa"/>
              <w:left w:w="100" w:type="dxa"/>
              <w:bottom w:w="80" w:type="dxa"/>
              <w:right w:w="100" w:type="dxa"/>
            </w:tcMar>
            <w:vAlign w:val="center"/>
          </w:tcPr>
          <w:p w14:paraId="0B85E346" w14:textId="77777777" w:rsidR="00374583" w:rsidRDefault="00000000">
            <w:r>
              <w:rPr>
                <w:sz w:val="18"/>
              </w:rPr>
              <w:t>☐ DA     ☐ NE</w:t>
            </w:r>
          </w:p>
        </w:tc>
      </w:tr>
      <w:tr w:rsidR="00374583" w14:paraId="4AEDEA10" w14:textId="77777777">
        <w:trPr>
          <w:jc w:val="center"/>
        </w:trPr>
        <w:tc>
          <w:tcPr>
            <w:tcW w:w="3969" w:type="dxa"/>
            <w:shd w:val="clear" w:color="auto" w:fill="E7E6E6"/>
            <w:tcMar>
              <w:top w:w="80" w:type="dxa"/>
              <w:left w:w="100" w:type="dxa"/>
              <w:bottom w:w="80" w:type="dxa"/>
              <w:right w:w="100" w:type="dxa"/>
            </w:tcMar>
            <w:vAlign w:val="center"/>
          </w:tcPr>
          <w:p w14:paraId="279A2820" w14:textId="77777777" w:rsidR="00374583" w:rsidRDefault="00000000">
            <w:r>
              <w:rPr>
                <w:b/>
                <w:sz w:val="18"/>
              </w:rPr>
              <w:t>Adresa prebivališta / sjedišta</w:t>
            </w:r>
          </w:p>
        </w:tc>
        <w:tc>
          <w:tcPr>
            <w:tcW w:w="5669" w:type="dxa"/>
            <w:tcMar>
              <w:top w:w="80" w:type="dxa"/>
              <w:left w:w="100" w:type="dxa"/>
              <w:bottom w:w="80" w:type="dxa"/>
              <w:right w:w="100" w:type="dxa"/>
            </w:tcMar>
            <w:vAlign w:val="center"/>
          </w:tcPr>
          <w:p w14:paraId="60021509" w14:textId="77777777" w:rsidR="00374583" w:rsidRDefault="00374583"/>
        </w:tc>
      </w:tr>
      <w:tr w:rsidR="00374583" w14:paraId="03F40B90" w14:textId="77777777">
        <w:trPr>
          <w:jc w:val="center"/>
        </w:trPr>
        <w:tc>
          <w:tcPr>
            <w:tcW w:w="3969" w:type="dxa"/>
            <w:shd w:val="clear" w:color="auto" w:fill="E7E6E6"/>
            <w:tcMar>
              <w:top w:w="80" w:type="dxa"/>
              <w:left w:w="100" w:type="dxa"/>
              <w:bottom w:w="80" w:type="dxa"/>
              <w:right w:w="100" w:type="dxa"/>
            </w:tcMar>
            <w:vAlign w:val="center"/>
          </w:tcPr>
          <w:p w14:paraId="243941F4" w14:textId="77777777" w:rsidR="00374583" w:rsidRDefault="00000000">
            <w:r>
              <w:rPr>
                <w:b/>
                <w:sz w:val="18"/>
              </w:rPr>
              <w:t>Osoba ovlaštena za zastupanje, kada je primjenjivo</w:t>
            </w:r>
          </w:p>
        </w:tc>
        <w:tc>
          <w:tcPr>
            <w:tcW w:w="5669" w:type="dxa"/>
            <w:tcMar>
              <w:top w:w="80" w:type="dxa"/>
              <w:left w:w="100" w:type="dxa"/>
              <w:bottom w:w="80" w:type="dxa"/>
              <w:right w:w="100" w:type="dxa"/>
            </w:tcMar>
            <w:vAlign w:val="center"/>
          </w:tcPr>
          <w:p w14:paraId="43A3F4D3" w14:textId="77777777" w:rsidR="00374583" w:rsidRDefault="00374583"/>
        </w:tc>
      </w:tr>
      <w:tr w:rsidR="00374583" w14:paraId="1AAF6C3D" w14:textId="77777777">
        <w:trPr>
          <w:jc w:val="center"/>
        </w:trPr>
        <w:tc>
          <w:tcPr>
            <w:tcW w:w="3969" w:type="dxa"/>
            <w:shd w:val="clear" w:color="auto" w:fill="E7E6E6"/>
            <w:tcMar>
              <w:top w:w="80" w:type="dxa"/>
              <w:left w:w="100" w:type="dxa"/>
              <w:bottom w:w="80" w:type="dxa"/>
              <w:right w:w="100" w:type="dxa"/>
            </w:tcMar>
            <w:vAlign w:val="center"/>
          </w:tcPr>
          <w:p w14:paraId="446C3CAC" w14:textId="77777777" w:rsidR="00374583" w:rsidRDefault="00000000">
            <w:r>
              <w:rPr>
                <w:b/>
                <w:sz w:val="18"/>
              </w:rPr>
              <w:t>Telefon / mobitel</w:t>
            </w:r>
          </w:p>
        </w:tc>
        <w:tc>
          <w:tcPr>
            <w:tcW w:w="5669" w:type="dxa"/>
            <w:tcMar>
              <w:top w:w="80" w:type="dxa"/>
              <w:left w:w="100" w:type="dxa"/>
              <w:bottom w:w="80" w:type="dxa"/>
              <w:right w:w="100" w:type="dxa"/>
            </w:tcMar>
            <w:vAlign w:val="center"/>
          </w:tcPr>
          <w:p w14:paraId="07607684" w14:textId="77777777" w:rsidR="00374583" w:rsidRDefault="00374583"/>
        </w:tc>
      </w:tr>
      <w:tr w:rsidR="00374583" w14:paraId="72F48DA4" w14:textId="77777777">
        <w:trPr>
          <w:jc w:val="center"/>
        </w:trPr>
        <w:tc>
          <w:tcPr>
            <w:tcW w:w="3969" w:type="dxa"/>
            <w:shd w:val="clear" w:color="auto" w:fill="E7E6E6"/>
            <w:tcMar>
              <w:top w:w="80" w:type="dxa"/>
              <w:left w:w="100" w:type="dxa"/>
              <w:bottom w:w="80" w:type="dxa"/>
              <w:right w:w="100" w:type="dxa"/>
            </w:tcMar>
            <w:vAlign w:val="center"/>
          </w:tcPr>
          <w:p w14:paraId="56D8222C" w14:textId="77777777" w:rsidR="00374583" w:rsidRDefault="00000000">
            <w:r>
              <w:rPr>
                <w:b/>
                <w:sz w:val="18"/>
              </w:rPr>
              <w:t>E-mail</w:t>
            </w:r>
          </w:p>
        </w:tc>
        <w:tc>
          <w:tcPr>
            <w:tcW w:w="5669" w:type="dxa"/>
            <w:tcMar>
              <w:top w:w="80" w:type="dxa"/>
              <w:left w:w="100" w:type="dxa"/>
              <w:bottom w:w="80" w:type="dxa"/>
              <w:right w:w="100" w:type="dxa"/>
            </w:tcMar>
            <w:vAlign w:val="center"/>
          </w:tcPr>
          <w:p w14:paraId="3CA3CCCC" w14:textId="77777777" w:rsidR="00374583" w:rsidRDefault="00374583"/>
        </w:tc>
      </w:tr>
      <w:tr w:rsidR="00374583" w14:paraId="0B204A80" w14:textId="77777777">
        <w:trPr>
          <w:jc w:val="center"/>
        </w:trPr>
        <w:tc>
          <w:tcPr>
            <w:tcW w:w="3969" w:type="dxa"/>
            <w:shd w:val="clear" w:color="auto" w:fill="E7E6E6"/>
            <w:tcMar>
              <w:top w:w="80" w:type="dxa"/>
              <w:left w:w="100" w:type="dxa"/>
              <w:bottom w:w="80" w:type="dxa"/>
              <w:right w:w="100" w:type="dxa"/>
            </w:tcMar>
            <w:vAlign w:val="center"/>
          </w:tcPr>
          <w:p w14:paraId="2AEABD1F" w14:textId="77777777" w:rsidR="00374583" w:rsidRDefault="00000000">
            <w:r>
              <w:rPr>
                <w:b/>
                <w:sz w:val="18"/>
              </w:rPr>
              <w:t>IBAN</w:t>
            </w:r>
          </w:p>
        </w:tc>
        <w:tc>
          <w:tcPr>
            <w:tcW w:w="5669" w:type="dxa"/>
            <w:tcMar>
              <w:top w:w="80" w:type="dxa"/>
              <w:left w:w="100" w:type="dxa"/>
              <w:bottom w:w="80" w:type="dxa"/>
              <w:right w:w="100" w:type="dxa"/>
            </w:tcMar>
            <w:vAlign w:val="center"/>
          </w:tcPr>
          <w:p w14:paraId="0A662183" w14:textId="77777777" w:rsidR="00374583" w:rsidRDefault="00374583"/>
        </w:tc>
      </w:tr>
      <w:tr w:rsidR="00374583" w14:paraId="70D37973" w14:textId="77777777">
        <w:trPr>
          <w:jc w:val="center"/>
        </w:trPr>
        <w:tc>
          <w:tcPr>
            <w:tcW w:w="3969" w:type="dxa"/>
            <w:shd w:val="clear" w:color="auto" w:fill="E7E6E6"/>
            <w:tcMar>
              <w:top w:w="80" w:type="dxa"/>
              <w:left w:w="100" w:type="dxa"/>
              <w:bottom w:w="80" w:type="dxa"/>
              <w:right w:w="100" w:type="dxa"/>
            </w:tcMar>
            <w:vAlign w:val="center"/>
          </w:tcPr>
          <w:p w14:paraId="70D6D4E8" w14:textId="77777777" w:rsidR="00374583" w:rsidRDefault="00000000">
            <w:r>
              <w:rPr>
                <w:b/>
                <w:sz w:val="18"/>
              </w:rPr>
              <w:t>Poslovna banka</w:t>
            </w:r>
          </w:p>
        </w:tc>
        <w:tc>
          <w:tcPr>
            <w:tcW w:w="5669" w:type="dxa"/>
            <w:tcMar>
              <w:top w:w="80" w:type="dxa"/>
              <w:left w:w="100" w:type="dxa"/>
              <w:bottom w:w="80" w:type="dxa"/>
              <w:right w:w="100" w:type="dxa"/>
            </w:tcMar>
            <w:vAlign w:val="center"/>
          </w:tcPr>
          <w:p w14:paraId="7CB2C243" w14:textId="77777777" w:rsidR="00374583" w:rsidRDefault="00374583"/>
        </w:tc>
      </w:tr>
    </w:tbl>
    <w:p w14:paraId="7BE72D61" w14:textId="77777777" w:rsidR="00374583" w:rsidRDefault="00000000">
      <w:pPr>
        <w:pStyle w:val="Naslov1"/>
      </w:pPr>
      <w:r>
        <w:t>2. OSNOVNI PODACI O PROJEKTU</w:t>
      </w:r>
    </w:p>
    <w:tbl>
      <w:tblPr>
        <w:tblStyle w:val="Reetkatablice"/>
        <w:tblW w:w="0" w:type="auto"/>
        <w:jc w:val="center"/>
        <w:tblLayout w:type="fixed"/>
        <w:tblLook w:val="04A0" w:firstRow="1" w:lastRow="0" w:firstColumn="1" w:lastColumn="0" w:noHBand="0" w:noVBand="1"/>
      </w:tblPr>
      <w:tblGrid>
        <w:gridCol w:w="3969"/>
        <w:gridCol w:w="5669"/>
      </w:tblGrid>
      <w:tr w:rsidR="00374583" w14:paraId="52D0889B" w14:textId="77777777">
        <w:trPr>
          <w:jc w:val="center"/>
        </w:trPr>
        <w:tc>
          <w:tcPr>
            <w:tcW w:w="3969" w:type="dxa"/>
            <w:shd w:val="clear" w:color="auto" w:fill="E7E6E6"/>
            <w:tcMar>
              <w:top w:w="80" w:type="dxa"/>
              <w:left w:w="100" w:type="dxa"/>
              <w:bottom w:w="80" w:type="dxa"/>
              <w:right w:w="100" w:type="dxa"/>
            </w:tcMar>
            <w:vAlign w:val="center"/>
          </w:tcPr>
          <w:p w14:paraId="6EC4E523" w14:textId="77777777" w:rsidR="00374583" w:rsidRDefault="00000000">
            <w:r>
              <w:rPr>
                <w:b/>
                <w:sz w:val="18"/>
              </w:rPr>
              <w:t>Naziv projekta</w:t>
            </w:r>
          </w:p>
        </w:tc>
        <w:tc>
          <w:tcPr>
            <w:tcW w:w="5669" w:type="dxa"/>
            <w:tcMar>
              <w:top w:w="80" w:type="dxa"/>
              <w:left w:w="100" w:type="dxa"/>
              <w:bottom w:w="80" w:type="dxa"/>
              <w:right w:w="100" w:type="dxa"/>
            </w:tcMar>
            <w:vAlign w:val="center"/>
          </w:tcPr>
          <w:p w14:paraId="12975625" w14:textId="77777777" w:rsidR="00374583" w:rsidRDefault="00374583"/>
        </w:tc>
      </w:tr>
      <w:tr w:rsidR="00374583" w14:paraId="520923D2" w14:textId="77777777">
        <w:trPr>
          <w:jc w:val="center"/>
        </w:trPr>
        <w:tc>
          <w:tcPr>
            <w:tcW w:w="3969" w:type="dxa"/>
            <w:shd w:val="clear" w:color="auto" w:fill="E7E6E6"/>
            <w:tcMar>
              <w:top w:w="80" w:type="dxa"/>
              <w:left w:w="100" w:type="dxa"/>
              <w:bottom w:w="80" w:type="dxa"/>
              <w:right w:w="100" w:type="dxa"/>
            </w:tcMar>
            <w:vAlign w:val="center"/>
          </w:tcPr>
          <w:p w14:paraId="251580DF" w14:textId="77777777" w:rsidR="00374583" w:rsidRDefault="00000000">
            <w:r>
              <w:rPr>
                <w:b/>
                <w:sz w:val="18"/>
              </w:rPr>
              <w:t>Adresa provedbe projekta</w:t>
            </w:r>
          </w:p>
        </w:tc>
        <w:tc>
          <w:tcPr>
            <w:tcW w:w="5669" w:type="dxa"/>
            <w:tcMar>
              <w:top w:w="80" w:type="dxa"/>
              <w:left w:w="100" w:type="dxa"/>
              <w:bottom w:w="80" w:type="dxa"/>
              <w:right w:w="100" w:type="dxa"/>
            </w:tcMar>
            <w:vAlign w:val="center"/>
          </w:tcPr>
          <w:p w14:paraId="44FDA754" w14:textId="77777777" w:rsidR="00374583" w:rsidRDefault="00374583"/>
        </w:tc>
      </w:tr>
      <w:tr w:rsidR="00374583" w14:paraId="526A434A" w14:textId="77777777">
        <w:trPr>
          <w:jc w:val="center"/>
        </w:trPr>
        <w:tc>
          <w:tcPr>
            <w:tcW w:w="3969" w:type="dxa"/>
            <w:shd w:val="clear" w:color="auto" w:fill="E7E6E6"/>
            <w:tcMar>
              <w:top w:w="80" w:type="dxa"/>
              <w:left w:w="100" w:type="dxa"/>
              <w:bottom w:w="80" w:type="dxa"/>
              <w:right w:w="100" w:type="dxa"/>
            </w:tcMar>
            <w:vAlign w:val="center"/>
          </w:tcPr>
          <w:p w14:paraId="43B0151E" w14:textId="77777777" w:rsidR="00374583" w:rsidRDefault="00000000">
            <w:r>
              <w:rPr>
                <w:b/>
                <w:sz w:val="18"/>
              </w:rPr>
              <w:t>Katastarska općina</w:t>
            </w:r>
          </w:p>
        </w:tc>
        <w:tc>
          <w:tcPr>
            <w:tcW w:w="5669" w:type="dxa"/>
            <w:tcMar>
              <w:top w:w="80" w:type="dxa"/>
              <w:left w:w="100" w:type="dxa"/>
              <w:bottom w:w="80" w:type="dxa"/>
              <w:right w:w="100" w:type="dxa"/>
            </w:tcMar>
            <w:vAlign w:val="center"/>
          </w:tcPr>
          <w:p w14:paraId="5526F3F8" w14:textId="77777777" w:rsidR="00374583" w:rsidRDefault="00374583"/>
        </w:tc>
      </w:tr>
      <w:tr w:rsidR="00374583" w14:paraId="23607597" w14:textId="77777777">
        <w:trPr>
          <w:jc w:val="center"/>
        </w:trPr>
        <w:tc>
          <w:tcPr>
            <w:tcW w:w="3969" w:type="dxa"/>
            <w:shd w:val="clear" w:color="auto" w:fill="E7E6E6"/>
            <w:tcMar>
              <w:top w:w="80" w:type="dxa"/>
              <w:left w:w="100" w:type="dxa"/>
              <w:bottom w:w="80" w:type="dxa"/>
              <w:right w:w="100" w:type="dxa"/>
            </w:tcMar>
            <w:vAlign w:val="center"/>
          </w:tcPr>
          <w:p w14:paraId="51A451B0" w14:textId="77777777" w:rsidR="00374583" w:rsidRDefault="00000000">
            <w:r>
              <w:rPr>
                <w:b/>
                <w:sz w:val="18"/>
              </w:rPr>
              <w:t>Broj katastarske čestice / čestica</w:t>
            </w:r>
          </w:p>
        </w:tc>
        <w:tc>
          <w:tcPr>
            <w:tcW w:w="5669" w:type="dxa"/>
            <w:tcMar>
              <w:top w:w="80" w:type="dxa"/>
              <w:left w:w="100" w:type="dxa"/>
              <w:bottom w:w="80" w:type="dxa"/>
              <w:right w:w="100" w:type="dxa"/>
            </w:tcMar>
            <w:vAlign w:val="center"/>
          </w:tcPr>
          <w:p w14:paraId="27DEA4AE" w14:textId="77777777" w:rsidR="00374583" w:rsidRDefault="00374583"/>
        </w:tc>
      </w:tr>
      <w:tr w:rsidR="00374583" w14:paraId="6CFCF9D4" w14:textId="77777777">
        <w:trPr>
          <w:jc w:val="center"/>
        </w:trPr>
        <w:tc>
          <w:tcPr>
            <w:tcW w:w="3969" w:type="dxa"/>
            <w:shd w:val="clear" w:color="auto" w:fill="E7E6E6"/>
            <w:tcMar>
              <w:top w:w="80" w:type="dxa"/>
              <w:left w:w="100" w:type="dxa"/>
              <w:bottom w:w="80" w:type="dxa"/>
              <w:right w:w="100" w:type="dxa"/>
            </w:tcMar>
            <w:vAlign w:val="center"/>
          </w:tcPr>
          <w:p w14:paraId="468BD52E" w14:textId="77777777" w:rsidR="00374583" w:rsidRDefault="00000000">
            <w:r>
              <w:rPr>
                <w:b/>
                <w:sz w:val="18"/>
              </w:rPr>
              <w:t>Je li na lokaciji trenutno registriran smještajni objekt?</w:t>
            </w:r>
          </w:p>
        </w:tc>
        <w:tc>
          <w:tcPr>
            <w:tcW w:w="5669" w:type="dxa"/>
            <w:tcMar>
              <w:top w:w="80" w:type="dxa"/>
              <w:left w:w="100" w:type="dxa"/>
              <w:bottom w:w="80" w:type="dxa"/>
              <w:right w:w="100" w:type="dxa"/>
            </w:tcMar>
            <w:vAlign w:val="center"/>
          </w:tcPr>
          <w:p w14:paraId="7D7E2FCE" w14:textId="77777777" w:rsidR="00374583" w:rsidRDefault="00000000">
            <w:r>
              <w:rPr>
                <w:sz w:val="18"/>
              </w:rPr>
              <w:t>☐ DA     ☐ NE</w:t>
            </w:r>
          </w:p>
        </w:tc>
      </w:tr>
      <w:tr w:rsidR="00374583" w14:paraId="4FBDA4A5" w14:textId="77777777">
        <w:trPr>
          <w:jc w:val="center"/>
        </w:trPr>
        <w:tc>
          <w:tcPr>
            <w:tcW w:w="3969" w:type="dxa"/>
            <w:shd w:val="clear" w:color="auto" w:fill="E7E6E6"/>
            <w:tcMar>
              <w:top w:w="80" w:type="dxa"/>
              <w:left w:w="100" w:type="dxa"/>
              <w:bottom w:w="80" w:type="dxa"/>
              <w:right w:w="100" w:type="dxa"/>
            </w:tcMar>
            <w:vAlign w:val="center"/>
          </w:tcPr>
          <w:p w14:paraId="40092DEE" w14:textId="77777777" w:rsidR="00374583" w:rsidRDefault="00000000">
            <w:r>
              <w:rPr>
                <w:b/>
                <w:sz w:val="18"/>
              </w:rPr>
              <w:t>Ako DA – postojeća vrsta objekta</w:t>
            </w:r>
          </w:p>
        </w:tc>
        <w:tc>
          <w:tcPr>
            <w:tcW w:w="5669" w:type="dxa"/>
            <w:tcMar>
              <w:top w:w="80" w:type="dxa"/>
              <w:left w:w="100" w:type="dxa"/>
              <w:bottom w:w="80" w:type="dxa"/>
              <w:right w:w="100" w:type="dxa"/>
            </w:tcMar>
            <w:vAlign w:val="center"/>
          </w:tcPr>
          <w:p w14:paraId="3B33DD4D" w14:textId="77777777" w:rsidR="00374583" w:rsidRDefault="00374583"/>
        </w:tc>
      </w:tr>
      <w:tr w:rsidR="00374583" w14:paraId="5BD5F58F" w14:textId="77777777">
        <w:trPr>
          <w:jc w:val="center"/>
        </w:trPr>
        <w:tc>
          <w:tcPr>
            <w:tcW w:w="3969" w:type="dxa"/>
            <w:shd w:val="clear" w:color="auto" w:fill="E7E6E6"/>
            <w:tcMar>
              <w:top w:w="80" w:type="dxa"/>
              <w:left w:w="100" w:type="dxa"/>
              <w:bottom w:w="80" w:type="dxa"/>
              <w:right w:w="100" w:type="dxa"/>
            </w:tcMar>
            <w:vAlign w:val="center"/>
          </w:tcPr>
          <w:p w14:paraId="39622755" w14:textId="77777777" w:rsidR="00374583" w:rsidRDefault="00000000">
            <w:r>
              <w:rPr>
                <w:b/>
                <w:sz w:val="18"/>
              </w:rPr>
              <w:t>Postojeća kategorija / standard</w:t>
            </w:r>
          </w:p>
        </w:tc>
        <w:tc>
          <w:tcPr>
            <w:tcW w:w="5669" w:type="dxa"/>
            <w:tcMar>
              <w:top w:w="80" w:type="dxa"/>
              <w:left w:w="100" w:type="dxa"/>
              <w:bottom w:w="80" w:type="dxa"/>
              <w:right w:w="100" w:type="dxa"/>
            </w:tcMar>
            <w:vAlign w:val="center"/>
          </w:tcPr>
          <w:p w14:paraId="058BB61C" w14:textId="77777777" w:rsidR="00374583" w:rsidRDefault="00374583"/>
        </w:tc>
      </w:tr>
      <w:tr w:rsidR="00374583" w14:paraId="31FC17B9" w14:textId="77777777">
        <w:trPr>
          <w:jc w:val="center"/>
        </w:trPr>
        <w:tc>
          <w:tcPr>
            <w:tcW w:w="3969" w:type="dxa"/>
            <w:shd w:val="clear" w:color="auto" w:fill="E7E6E6"/>
            <w:tcMar>
              <w:top w:w="80" w:type="dxa"/>
              <w:left w:w="100" w:type="dxa"/>
              <w:bottom w:w="80" w:type="dxa"/>
              <w:right w:w="100" w:type="dxa"/>
            </w:tcMar>
            <w:vAlign w:val="center"/>
          </w:tcPr>
          <w:p w14:paraId="3A3A614A" w14:textId="77777777" w:rsidR="00374583" w:rsidRDefault="00000000">
            <w:r>
              <w:rPr>
                <w:b/>
                <w:sz w:val="18"/>
              </w:rPr>
              <w:t>Postojeći broj smještajnih jedinica / soba</w:t>
            </w:r>
          </w:p>
        </w:tc>
        <w:tc>
          <w:tcPr>
            <w:tcW w:w="5669" w:type="dxa"/>
            <w:tcMar>
              <w:top w:w="80" w:type="dxa"/>
              <w:left w:w="100" w:type="dxa"/>
              <w:bottom w:w="80" w:type="dxa"/>
              <w:right w:w="100" w:type="dxa"/>
            </w:tcMar>
            <w:vAlign w:val="center"/>
          </w:tcPr>
          <w:p w14:paraId="6CB334C3" w14:textId="77777777" w:rsidR="00374583" w:rsidRDefault="00374583"/>
        </w:tc>
      </w:tr>
      <w:tr w:rsidR="00374583" w14:paraId="50B1266B" w14:textId="77777777">
        <w:trPr>
          <w:jc w:val="center"/>
        </w:trPr>
        <w:tc>
          <w:tcPr>
            <w:tcW w:w="3969" w:type="dxa"/>
            <w:shd w:val="clear" w:color="auto" w:fill="E7E6E6"/>
            <w:tcMar>
              <w:top w:w="80" w:type="dxa"/>
              <w:left w:w="100" w:type="dxa"/>
              <w:bottom w:w="80" w:type="dxa"/>
              <w:right w:w="100" w:type="dxa"/>
            </w:tcMar>
            <w:vAlign w:val="center"/>
          </w:tcPr>
          <w:p w14:paraId="2F26E9DA" w14:textId="77777777" w:rsidR="00374583" w:rsidRDefault="00000000">
            <w:r>
              <w:rPr>
                <w:b/>
                <w:sz w:val="18"/>
              </w:rPr>
              <w:t>Postojeći broj kreveta</w:t>
            </w:r>
          </w:p>
        </w:tc>
        <w:tc>
          <w:tcPr>
            <w:tcW w:w="5669" w:type="dxa"/>
            <w:tcMar>
              <w:top w:w="80" w:type="dxa"/>
              <w:left w:w="100" w:type="dxa"/>
              <w:bottom w:w="80" w:type="dxa"/>
              <w:right w:w="100" w:type="dxa"/>
            </w:tcMar>
            <w:vAlign w:val="center"/>
          </w:tcPr>
          <w:p w14:paraId="02E61B47" w14:textId="77777777" w:rsidR="00374583" w:rsidRDefault="00374583"/>
        </w:tc>
      </w:tr>
    </w:tbl>
    <w:p w14:paraId="371BB67C" w14:textId="77777777" w:rsidR="00374583" w:rsidRDefault="00000000">
      <w:pPr>
        <w:pStyle w:val="Naslov1"/>
      </w:pPr>
      <w:r>
        <w:lastRenderedPageBreak/>
        <w:t>3. KATEGORIJA PROJEKTA ZA KOJU SE PODNOSI ZAHTJEV</w:t>
      </w:r>
    </w:p>
    <w:p w14:paraId="3D3474D6" w14:textId="77777777" w:rsidR="00374583" w:rsidRDefault="00000000">
      <w:r>
        <w:rPr>
          <w:b/>
        </w:rPr>
        <w:t>Prijavitelj označava jednu kategoriju projekta:</w:t>
      </w:r>
    </w:p>
    <w:p w14:paraId="2072FBA7" w14:textId="77777777" w:rsidR="00374583" w:rsidRDefault="00000000">
      <w:r>
        <w:t>☐ Kategorija I. – Pansion</w:t>
      </w:r>
    </w:p>
    <w:p w14:paraId="762CFB33" w14:textId="77777777" w:rsidR="00374583" w:rsidRDefault="00000000">
      <w:r>
        <w:t>☐ Kategorija II. – Turističko naselje</w:t>
      </w:r>
    </w:p>
    <w:p w14:paraId="36ADC2F2" w14:textId="77777777" w:rsidR="00374583" w:rsidRDefault="00000000">
      <w:r>
        <w:t>☐ Kategorija III. – Ostali smještajni objekti</w:t>
      </w:r>
    </w:p>
    <w:p w14:paraId="431C9BA6" w14:textId="77777777" w:rsidR="00374583" w:rsidRDefault="00000000">
      <w:pPr>
        <w:pStyle w:val="Naslov1"/>
      </w:pPr>
      <w:r>
        <w:t>4. PLANIRANI REZULTATI PROJEKTA</w:t>
      </w:r>
    </w:p>
    <w:tbl>
      <w:tblPr>
        <w:tblStyle w:val="Reetkatablice"/>
        <w:tblW w:w="0" w:type="auto"/>
        <w:jc w:val="center"/>
        <w:tblLayout w:type="fixed"/>
        <w:tblLook w:val="04A0" w:firstRow="1" w:lastRow="0" w:firstColumn="1" w:lastColumn="0" w:noHBand="0" w:noVBand="1"/>
      </w:tblPr>
      <w:tblGrid>
        <w:gridCol w:w="3969"/>
        <w:gridCol w:w="5669"/>
      </w:tblGrid>
      <w:tr w:rsidR="00374583" w14:paraId="47DE44EA" w14:textId="77777777">
        <w:trPr>
          <w:jc w:val="center"/>
        </w:trPr>
        <w:tc>
          <w:tcPr>
            <w:tcW w:w="3969" w:type="dxa"/>
            <w:shd w:val="clear" w:color="auto" w:fill="E7E6E6"/>
            <w:tcMar>
              <w:top w:w="80" w:type="dxa"/>
              <w:left w:w="100" w:type="dxa"/>
              <w:bottom w:w="80" w:type="dxa"/>
              <w:right w:w="100" w:type="dxa"/>
            </w:tcMar>
            <w:vAlign w:val="center"/>
          </w:tcPr>
          <w:p w14:paraId="3B8C1210" w14:textId="77777777" w:rsidR="00374583" w:rsidRDefault="00000000">
            <w:r>
              <w:rPr>
                <w:b/>
                <w:sz w:val="18"/>
              </w:rPr>
              <w:t>Planirana vrsta smještajnog objekta</w:t>
            </w:r>
          </w:p>
        </w:tc>
        <w:tc>
          <w:tcPr>
            <w:tcW w:w="5669" w:type="dxa"/>
            <w:tcMar>
              <w:top w:w="80" w:type="dxa"/>
              <w:left w:w="100" w:type="dxa"/>
              <w:bottom w:w="80" w:type="dxa"/>
              <w:right w:w="100" w:type="dxa"/>
            </w:tcMar>
            <w:vAlign w:val="center"/>
          </w:tcPr>
          <w:p w14:paraId="079DB2BA" w14:textId="77777777" w:rsidR="00374583" w:rsidRDefault="00374583"/>
        </w:tc>
      </w:tr>
      <w:tr w:rsidR="00374583" w14:paraId="1866B221" w14:textId="77777777">
        <w:trPr>
          <w:jc w:val="center"/>
        </w:trPr>
        <w:tc>
          <w:tcPr>
            <w:tcW w:w="3969" w:type="dxa"/>
            <w:shd w:val="clear" w:color="auto" w:fill="E7E6E6"/>
            <w:tcMar>
              <w:top w:w="80" w:type="dxa"/>
              <w:left w:w="100" w:type="dxa"/>
              <w:bottom w:w="80" w:type="dxa"/>
              <w:right w:w="100" w:type="dxa"/>
            </w:tcMar>
            <w:vAlign w:val="center"/>
          </w:tcPr>
          <w:p w14:paraId="35069974" w14:textId="77777777" w:rsidR="00EC6F97" w:rsidRDefault="00000000">
            <w:r>
              <w:rPr>
                <w:sz w:val="18"/>
              </w:rPr>
              <w:t>Planirana kategorija / standard</w:t>
            </w:r>
          </w:p>
        </w:tc>
        <w:tc>
          <w:tcPr>
            <w:tcW w:w="5669" w:type="dxa"/>
            <w:tcMar>
              <w:top w:w="80" w:type="dxa"/>
              <w:left w:w="100" w:type="dxa"/>
              <w:bottom w:w="80" w:type="dxa"/>
              <w:right w:w="100" w:type="dxa"/>
            </w:tcMar>
            <w:vAlign w:val="center"/>
          </w:tcPr>
          <w:p w14:paraId="5939C5D0" w14:textId="77777777" w:rsidR="00EC6F97" w:rsidRDefault="00000000">
            <w:r>
              <w:rPr>
                <w:sz w:val="18"/>
              </w:rPr>
              <w:t>☐ 2★   ☐ 3★   ☐ 4★   ☐ 5★   ☐ STANDARD   ☐ KOMFOR   ☐ nije primjenjivo</w:t>
            </w:r>
          </w:p>
        </w:tc>
      </w:tr>
      <w:tr w:rsidR="00374583" w14:paraId="04DF8EA4" w14:textId="77777777">
        <w:trPr>
          <w:jc w:val="center"/>
        </w:trPr>
        <w:tc>
          <w:tcPr>
            <w:tcW w:w="3969" w:type="dxa"/>
            <w:shd w:val="clear" w:color="auto" w:fill="E7E6E6"/>
            <w:tcMar>
              <w:top w:w="80" w:type="dxa"/>
              <w:left w:w="100" w:type="dxa"/>
              <w:bottom w:w="80" w:type="dxa"/>
              <w:right w:w="100" w:type="dxa"/>
            </w:tcMar>
            <w:vAlign w:val="center"/>
          </w:tcPr>
          <w:p w14:paraId="36CC4F3D" w14:textId="77777777" w:rsidR="00EC6F97" w:rsidRDefault="00000000">
            <w:r>
              <w:rPr>
                <w:sz w:val="18"/>
              </w:rPr>
              <w:t>Kategorija projekta iz točke 7. Javnog poziva</w:t>
            </w:r>
          </w:p>
        </w:tc>
        <w:tc>
          <w:tcPr>
            <w:tcW w:w="5669" w:type="dxa"/>
            <w:tcMar>
              <w:top w:w="80" w:type="dxa"/>
              <w:left w:w="100" w:type="dxa"/>
              <w:bottom w:w="80" w:type="dxa"/>
              <w:right w:w="100" w:type="dxa"/>
            </w:tcMar>
            <w:vAlign w:val="center"/>
          </w:tcPr>
          <w:p w14:paraId="5708BA4A" w14:textId="77777777" w:rsidR="00EC6F97" w:rsidRDefault="00000000">
            <w:r>
              <w:rPr>
                <w:sz w:val="18"/>
              </w:rPr>
              <w:t>☐ Pansion   ☐ Turističko naselje   ☐ Ostali smještajni objekti</w:t>
            </w:r>
          </w:p>
        </w:tc>
      </w:tr>
      <w:tr w:rsidR="00374583" w14:paraId="038C2175" w14:textId="77777777">
        <w:trPr>
          <w:jc w:val="center"/>
        </w:trPr>
        <w:tc>
          <w:tcPr>
            <w:tcW w:w="3969" w:type="dxa"/>
            <w:shd w:val="clear" w:color="auto" w:fill="E7E6E6"/>
            <w:tcMar>
              <w:top w:w="80" w:type="dxa"/>
              <w:left w:w="100" w:type="dxa"/>
              <w:bottom w:w="80" w:type="dxa"/>
              <w:right w:w="100" w:type="dxa"/>
            </w:tcMar>
            <w:vAlign w:val="center"/>
          </w:tcPr>
          <w:p w14:paraId="0F6FD052" w14:textId="77777777" w:rsidR="00374583" w:rsidRDefault="00000000">
            <w:r>
              <w:rPr>
                <w:b/>
                <w:sz w:val="18"/>
              </w:rPr>
              <w:t>Broj novih smještajnih jedinica / soba</w:t>
            </w:r>
          </w:p>
        </w:tc>
        <w:tc>
          <w:tcPr>
            <w:tcW w:w="5669" w:type="dxa"/>
            <w:tcMar>
              <w:top w:w="80" w:type="dxa"/>
              <w:left w:w="100" w:type="dxa"/>
              <w:bottom w:w="80" w:type="dxa"/>
              <w:right w:w="100" w:type="dxa"/>
            </w:tcMar>
            <w:vAlign w:val="center"/>
          </w:tcPr>
          <w:p w14:paraId="4F9789BE" w14:textId="77777777" w:rsidR="00374583" w:rsidRDefault="00374583"/>
        </w:tc>
      </w:tr>
      <w:tr w:rsidR="00374583" w14:paraId="07DD74E0" w14:textId="77777777">
        <w:trPr>
          <w:jc w:val="center"/>
        </w:trPr>
        <w:tc>
          <w:tcPr>
            <w:tcW w:w="3969" w:type="dxa"/>
            <w:shd w:val="clear" w:color="auto" w:fill="E7E6E6"/>
            <w:tcMar>
              <w:top w:w="80" w:type="dxa"/>
              <w:left w:w="100" w:type="dxa"/>
              <w:bottom w:w="80" w:type="dxa"/>
              <w:right w:w="100" w:type="dxa"/>
            </w:tcMar>
            <w:vAlign w:val="center"/>
          </w:tcPr>
          <w:p w14:paraId="31EC3A68" w14:textId="77777777" w:rsidR="00374583" w:rsidRDefault="00000000">
            <w:r>
              <w:rPr>
                <w:b/>
                <w:sz w:val="18"/>
              </w:rPr>
              <w:t>Broj novih kreveta</w:t>
            </w:r>
          </w:p>
        </w:tc>
        <w:tc>
          <w:tcPr>
            <w:tcW w:w="5669" w:type="dxa"/>
            <w:tcMar>
              <w:top w:w="80" w:type="dxa"/>
              <w:left w:w="100" w:type="dxa"/>
              <w:bottom w:w="80" w:type="dxa"/>
              <w:right w:w="100" w:type="dxa"/>
            </w:tcMar>
            <w:vAlign w:val="center"/>
          </w:tcPr>
          <w:p w14:paraId="4E896466" w14:textId="77777777" w:rsidR="00374583" w:rsidRDefault="00374583"/>
        </w:tc>
      </w:tr>
      <w:tr w:rsidR="00374583" w14:paraId="64160099" w14:textId="77777777">
        <w:trPr>
          <w:jc w:val="center"/>
        </w:trPr>
        <w:tc>
          <w:tcPr>
            <w:tcW w:w="3969" w:type="dxa"/>
            <w:shd w:val="clear" w:color="auto" w:fill="E7E6E6"/>
            <w:tcMar>
              <w:top w:w="80" w:type="dxa"/>
              <w:left w:w="100" w:type="dxa"/>
              <w:bottom w:w="80" w:type="dxa"/>
              <w:right w:w="100" w:type="dxa"/>
            </w:tcMar>
            <w:vAlign w:val="center"/>
          </w:tcPr>
          <w:p w14:paraId="55D9645B" w14:textId="77777777" w:rsidR="00374583" w:rsidRDefault="00000000">
            <w:r>
              <w:rPr>
                <w:b/>
                <w:sz w:val="18"/>
              </w:rPr>
              <w:t>Ukupan broj smještajnih jedinica / soba nakon završetka projekta</w:t>
            </w:r>
          </w:p>
        </w:tc>
        <w:tc>
          <w:tcPr>
            <w:tcW w:w="5669" w:type="dxa"/>
            <w:tcMar>
              <w:top w:w="80" w:type="dxa"/>
              <w:left w:w="100" w:type="dxa"/>
              <w:bottom w:w="80" w:type="dxa"/>
              <w:right w:w="100" w:type="dxa"/>
            </w:tcMar>
            <w:vAlign w:val="center"/>
          </w:tcPr>
          <w:p w14:paraId="0FEBCCA1" w14:textId="77777777" w:rsidR="00374583" w:rsidRDefault="00374583"/>
        </w:tc>
      </w:tr>
      <w:tr w:rsidR="00374583" w14:paraId="26D67071" w14:textId="77777777">
        <w:trPr>
          <w:jc w:val="center"/>
        </w:trPr>
        <w:tc>
          <w:tcPr>
            <w:tcW w:w="3969" w:type="dxa"/>
            <w:shd w:val="clear" w:color="auto" w:fill="E7E6E6"/>
            <w:tcMar>
              <w:top w:w="80" w:type="dxa"/>
              <w:left w:w="100" w:type="dxa"/>
              <w:bottom w:w="80" w:type="dxa"/>
              <w:right w:w="100" w:type="dxa"/>
            </w:tcMar>
            <w:vAlign w:val="center"/>
          </w:tcPr>
          <w:p w14:paraId="3B21CBB1" w14:textId="77777777" w:rsidR="00374583" w:rsidRDefault="00000000">
            <w:r>
              <w:rPr>
                <w:b/>
                <w:sz w:val="18"/>
              </w:rPr>
              <w:t>Ukupan broj kreveta nakon završetka projekta</w:t>
            </w:r>
          </w:p>
        </w:tc>
        <w:tc>
          <w:tcPr>
            <w:tcW w:w="5669" w:type="dxa"/>
            <w:tcMar>
              <w:top w:w="80" w:type="dxa"/>
              <w:left w:w="100" w:type="dxa"/>
              <w:bottom w:w="80" w:type="dxa"/>
              <w:right w:w="100" w:type="dxa"/>
            </w:tcMar>
            <w:vAlign w:val="center"/>
          </w:tcPr>
          <w:p w14:paraId="1A90248A" w14:textId="77777777" w:rsidR="00374583" w:rsidRDefault="00374583"/>
        </w:tc>
      </w:tr>
      <w:tr w:rsidR="00374583" w14:paraId="0041C9A9" w14:textId="77777777">
        <w:trPr>
          <w:jc w:val="center"/>
        </w:trPr>
        <w:tc>
          <w:tcPr>
            <w:tcW w:w="3969" w:type="dxa"/>
            <w:shd w:val="clear" w:color="auto" w:fill="E7E6E6"/>
            <w:tcMar>
              <w:top w:w="80" w:type="dxa"/>
              <w:left w:w="100" w:type="dxa"/>
              <w:bottom w:w="80" w:type="dxa"/>
              <w:right w:w="100" w:type="dxa"/>
            </w:tcMar>
            <w:vAlign w:val="center"/>
          </w:tcPr>
          <w:p w14:paraId="0BA45C45" w14:textId="77777777" w:rsidR="00374583" w:rsidRDefault="00000000">
            <w:r>
              <w:rPr>
                <w:b/>
                <w:sz w:val="18"/>
              </w:rPr>
              <w:t>Planirani datum završetka projekta</w:t>
            </w:r>
          </w:p>
        </w:tc>
        <w:tc>
          <w:tcPr>
            <w:tcW w:w="5669" w:type="dxa"/>
            <w:tcMar>
              <w:top w:w="80" w:type="dxa"/>
              <w:left w:w="100" w:type="dxa"/>
              <w:bottom w:w="80" w:type="dxa"/>
              <w:right w:w="100" w:type="dxa"/>
            </w:tcMar>
            <w:vAlign w:val="center"/>
          </w:tcPr>
          <w:p w14:paraId="3B7485E7" w14:textId="77777777" w:rsidR="00374583" w:rsidRDefault="00374583"/>
        </w:tc>
      </w:tr>
      <w:tr w:rsidR="00374583" w14:paraId="73C78848" w14:textId="77777777">
        <w:trPr>
          <w:jc w:val="center"/>
        </w:trPr>
        <w:tc>
          <w:tcPr>
            <w:tcW w:w="3969" w:type="dxa"/>
            <w:shd w:val="clear" w:color="auto" w:fill="E7E6E6"/>
            <w:tcMar>
              <w:top w:w="80" w:type="dxa"/>
              <w:left w:w="100" w:type="dxa"/>
              <w:bottom w:w="80" w:type="dxa"/>
              <w:right w:w="100" w:type="dxa"/>
            </w:tcMar>
            <w:vAlign w:val="center"/>
          </w:tcPr>
          <w:p w14:paraId="76E20A98" w14:textId="77777777" w:rsidR="00374583" w:rsidRDefault="00000000">
            <w:r>
              <w:rPr>
                <w:b/>
                <w:sz w:val="18"/>
              </w:rPr>
              <w:t>Planirani datum registracije / kategorizacije i stavljanja objekta u funkciju</w:t>
            </w:r>
          </w:p>
        </w:tc>
        <w:tc>
          <w:tcPr>
            <w:tcW w:w="5669" w:type="dxa"/>
            <w:tcMar>
              <w:top w:w="80" w:type="dxa"/>
              <w:left w:w="100" w:type="dxa"/>
              <w:bottom w:w="80" w:type="dxa"/>
              <w:right w:w="100" w:type="dxa"/>
            </w:tcMar>
            <w:vAlign w:val="center"/>
          </w:tcPr>
          <w:p w14:paraId="58BD5DE2" w14:textId="77777777" w:rsidR="00374583" w:rsidRDefault="00374583"/>
        </w:tc>
      </w:tr>
    </w:tbl>
    <w:p w14:paraId="48C4228C" w14:textId="77777777" w:rsidR="00374583" w:rsidRDefault="00374583"/>
    <w:p w14:paraId="276E4062" w14:textId="77777777" w:rsidR="009F3A08" w:rsidRDefault="00000000">
      <w:r>
        <w:t>Projekt će biti stavljen u funkciju u roku propisanom za predmetnu kategoriju Javnim pozivom:   ☐ DA</w:t>
      </w:r>
    </w:p>
    <w:p w14:paraId="4BA8BC2E" w14:textId="77777777" w:rsidR="00374583" w:rsidRDefault="00000000">
      <w:pPr>
        <w:pStyle w:val="Naslov2"/>
      </w:pPr>
      <w:r>
        <w:rPr>
          <w:rFonts w:ascii="Arial" w:hAnsi="Arial"/>
        </w:rPr>
        <w:t>4.1. DODATNI PODACI ZA PANSION</w:t>
      </w:r>
    </w:p>
    <w:p w14:paraId="2347FC9E" w14:textId="77777777" w:rsidR="00374583" w:rsidRDefault="00000000">
      <w:r>
        <w:t>Ako se prijava podnosi za Kategoriju I. – Pansion, označiti planiranu kategoriju i navesti osnovne podatke:</w:t>
      </w:r>
    </w:p>
    <w:p w14:paraId="1BB2ECF4" w14:textId="77777777" w:rsidR="00374583" w:rsidRDefault="00000000">
      <w:r>
        <w:t>☐ STANDARD     ☐ KOMFOR</w:t>
      </w:r>
      <w:r>
        <w:br/>
        <w:t>Planirani broj smještajnih jedinica: ____________________</w:t>
      </w:r>
      <w:r>
        <w:br/>
        <w:t>Planirani broj kreveta: ____________________</w:t>
      </w:r>
      <w:r>
        <w:br/>
        <w:t>Planirani ugostiteljski i zajednički prostori: ______________________________________________</w:t>
      </w:r>
    </w:p>
    <w:p w14:paraId="3A38FEEB" w14:textId="77777777" w:rsidR="009F3A08" w:rsidRDefault="00000000">
      <w:pPr>
        <w:pStyle w:val="Naslov2"/>
      </w:pPr>
      <w:r>
        <w:rPr>
          <w:rFonts w:ascii="Arial" w:hAnsi="Arial"/>
        </w:rPr>
        <w:t>4.2. DODATNI PODACI ZA TURISTIČKO NASELJE</w:t>
      </w:r>
    </w:p>
    <w:p w14:paraId="379852A4" w14:textId="77777777" w:rsidR="009F3A08" w:rsidRDefault="00000000">
      <w:r>
        <w:t>Ako se prijava podnosi za Kategoriju II. – Turističko naselje, navesti:</w:t>
      </w:r>
    </w:p>
    <w:p w14:paraId="69A72C2D" w14:textId="77777777" w:rsidR="009F3A08" w:rsidRDefault="00000000">
      <w:r>
        <w:t>Planirana kategorija:   ☐ 2★   ☐ 3★   ☐ 4★   ☐ 5★</w:t>
      </w:r>
      <w:r>
        <w:br/>
        <w:t>Planirani broj novih smještajnih jedinica: ____________________</w:t>
      </w:r>
      <w:r>
        <w:br/>
        <w:t>Planirani broj novih kreveta: ____________________</w:t>
      </w:r>
      <w:r>
        <w:br/>
        <w:t>Broj građevina / objekata obuhvaćenih projektom: ____________________</w:t>
      </w:r>
      <w:r>
        <w:br/>
        <w:t>Kratak opis zajedničkih i pratećih sadržaja te funkcionalne povezanosti cjeline: ______________________________</w:t>
      </w:r>
    </w:p>
    <w:p w14:paraId="4D56A8F1" w14:textId="77777777" w:rsidR="00374583" w:rsidRDefault="00000000">
      <w:pPr>
        <w:pStyle w:val="Naslov1"/>
      </w:pPr>
      <w:r>
        <w:lastRenderedPageBreak/>
        <w:t>5. VRSTA ULAGANJA</w:t>
      </w:r>
    </w:p>
    <w:p w14:paraId="109C034A" w14:textId="77777777" w:rsidR="00374583" w:rsidRDefault="00000000">
      <w:pPr>
        <w:keepNext/>
      </w:pPr>
      <w:r>
        <w:t>Označiti sve što je primjenjivo:</w:t>
      </w:r>
    </w:p>
    <w:p w14:paraId="4C36EA46" w14:textId="77777777" w:rsidR="00374583" w:rsidRDefault="00000000">
      <w:r>
        <w:t>☐ izgradnja nove građevine / novog smještajnog objekta</w:t>
      </w:r>
    </w:p>
    <w:p w14:paraId="71C668B4" w14:textId="77777777" w:rsidR="00374583" w:rsidRDefault="00000000">
      <w:r>
        <w:t>☐ revitalizacija postojeće građevine / prostora</w:t>
      </w:r>
    </w:p>
    <w:p w14:paraId="63ABA318" w14:textId="77777777" w:rsidR="00374583" w:rsidRDefault="00000000">
      <w:r>
        <w:t>☐ rekonstrukcija / adaptacija</w:t>
      </w:r>
    </w:p>
    <w:p w14:paraId="4A9CCA87" w14:textId="77777777" w:rsidR="00374583" w:rsidRDefault="00000000">
      <w:r>
        <w:t>☐ dogradnja</w:t>
      </w:r>
    </w:p>
    <w:p w14:paraId="7C126BB7" w14:textId="77777777" w:rsidR="00374583" w:rsidRDefault="00000000">
      <w:r>
        <w:t>☐ prenamjena</w:t>
      </w:r>
    </w:p>
    <w:p w14:paraId="69BB410A" w14:textId="77777777" w:rsidR="00374583" w:rsidRDefault="00000000">
      <w:r>
        <w:t>☐ uređenje i opremanje novih smještajnih kapaciteta</w:t>
      </w:r>
    </w:p>
    <w:p w14:paraId="4FBB1CAF" w14:textId="77777777" w:rsidR="00374583" w:rsidRDefault="00000000">
      <w:r>
        <w:t>☐ povećanje kapaciteta postojećeg registriranog smještajnog objekta</w:t>
      </w:r>
    </w:p>
    <w:p w14:paraId="58484FAC" w14:textId="77777777" w:rsidR="00374583" w:rsidRDefault="00000000">
      <w:r>
        <w:t>☐ uređenje / opremanje zajedničkih i pratećih prostora</w:t>
      </w:r>
    </w:p>
    <w:p w14:paraId="69255B1D" w14:textId="77777777" w:rsidR="00374583" w:rsidRDefault="00000000">
      <w:r>
        <w:t>☐ drugo neposredno povezano ulaganje: ____________________________________________</w:t>
      </w:r>
    </w:p>
    <w:p w14:paraId="59255B60" w14:textId="77777777" w:rsidR="00374583" w:rsidRDefault="00000000">
      <w:pPr>
        <w:pStyle w:val="Naslov1"/>
      </w:pPr>
      <w:r>
        <w:t>6. VRIJEDNOST PROJEKTA I TRAŽENA POTPORA</w:t>
      </w:r>
    </w:p>
    <w:tbl>
      <w:tblPr>
        <w:tblStyle w:val="Reetkatablice"/>
        <w:tblW w:w="0" w:type="auto"/>
        <w:jc w:val="center"/>
        <w:tblLayout w:type="fixed"/>
        <w:tblLook w:val="04A0" w:firstRow="1" w:lastRow="0" w:firstColumn="1" w:lastColumn="0" w:noHBand="0" w:noVBand="1"/>
      </w:tblPr>
      <w:tblGrid>
        <w:gridCol w:w="3969"/>
        <w:gridCol w:w="5669"/>
      </w:tblGrid>
      <w:tr w:rsidR="00374583" w14:paraId="098B38D7" w14:textId="77777777">
        <w:trPr>
          <w:jc w:val="center"/>
        </w:trPr>
        <w:tc>
          <w:tcPr>
            <w:tcW w:w="3969" w:type="dxa"/>
            <w:shd w:val="clear" w:color="auto" w:fill="E7E6E6"/>
            <w:tcMar>
              <w:top w:w="80" w:type="dxa"/>
              <w:left w:w="100" w:type="dxa"/>
              <w:bottom w:w="80" w:type="dxa"/>
              <w:right w:w="100" w:type="dxa"/>
            </w:tcMar>
            <w:vAlign w:val="center"/>
          </w:tcPr>
          <w:p w14:paraId="092F44AD" w14:textId="77777777" w:rsidR="00374583" w:rsidRDefault="00000000">
            <w:r>
              <w:rPr>
                <w:b/>
                <w:sz w:val="18"/>
              </w:rPr>
              <w:t>Ukupna vrijednost projekta (EUR)</w:t>
            </w:r>
          </w:p>
        </w:tc>
        <w:tc>
          <w:tcPr>
            <w:tcW w:w="5669" w:type="dxa"/>
            <w:tcMar>
              <w:top w:w="80" w:type="dxa"/>
              <w:left w:w="100" w:type="dxa"/>
              <w:bottom w:w="80" w:type="dxa"/>
              <w:right w:w="100" w:type="dxa"/>
            </w:tcMar>
            <w:vAlign w:val="center"/>
          </w:tcPr>
          <w:p w14:paraId="756A494E" w14:textId="77777777" w:rsidR="00374583" w:rsidRDefault="00374583"/>
        </w:tc>
      </w:tr>
      <w:tr w:rsidR="00374583" w14:paraId="5FDB4A1B" w14:textId="77777777">
        <w:trPr>
          <w:jc w:val="center"/>
        </w:trPr>
        <w:tc>
          <w:tcPr>
            <w:tcW w:w="3969" w:type="dxa"/>
            <w:shd w:val="clear" w:color="auto" w:fill="E7E6E6"/>
            <w:tcMar>
              <w:top w:w="80" w:type="dxa"/>
              <w:left w:w="100" w:type="dxa"/>
              <w:bottom w:w="80" w:type="dxa"/>
              <w:right w:w="100" w:type="dxa"/>
            </w:tcMar>
            <w:vAlign w:val="center"/>
          </w:tcPr>
          <w:p w14:paraId="3D103B31" w14:textId="77777777" w:rsidR="00374583" w:rsidRDefault="00000000">
            <w:r>
              <w:rPr>
                <w:b/>
                <w:sz w:val="18"/>
              </w:rPr>
              <w:t>Ukupni prihvatljivi troškovi projekta (EUR)</w:t>
            </w:r>
          </w:p>
        </w:tc>
        <w:tc>
          <w:tcPr>
            <w:tcW w:w="5669" w:type="dxa"/>
            <w:tcMar>
              <w:top w:w="80" w:type="dxa"/>
              <w:left w:w="100" w:type="dxa"/>
              <w:bottom w:w="80" w:type="dxa"/>
              <w:right w:w="100" w:type="dxa"/>
            </w:tcMar>
            <w:vAlign w:val="center"/>
          </w:tcPr>
          <w:p w14:paraId="32BB8B49" w14:textId="77777777" w:rsidR="00374583" w:rsidRDefault="00374583"/>
        </w:tc>
      </w:tr>
      <w:tr w:rsidR="00374583" w14:paraId="6E94AC7F" w14:textId="77777777">
        <w:trPr>
          <w:jc w:val="center"/>
        </w:trPr>
        <w:tc>
          <w:tcPr>
            <w:tcW w:w="3969" w:type="dxa"/>
            <w:shd w:val="clear" w:color="auto" w:fill="E7E6E6"/>
            <w:tcMar>
              <w:top w:w="80" w:type="dxa"/>
              <w:left w:w="100" w:type="dxa"/>
              <w:bottom w:w="80" w:type="dxa"/>
              <w:right w:w="100" w:type="dxa"/>
            </w:tcMar>
            <w:vAlign w:val="center"/>
          </w:tcPr>
          <w:p w14:paraId="7AB6DECC" w14:textId="77777777" w:rsidR="00374583" w:rsidRDefault="00000000">
            <w:r>
              <w:rPr>
                <w:b/>
                <w:sz w:val="18"/>
              </w:rPr>
              <w:t>Vlastita i druga nejavna sredstva (EUR)</w:t>
            </w:r>
          </w:p>
        </w:tc>
        <w:tc>
          <w:tcPr>
            <w:tcW w:w="5669" w:type="dxa"/>
            <w:tcMar>
              <w:top w:w="80" w:type="dxa"/>
              <w:left w:w="100" w:type="dxa"/>
              <w:bottom w:w="80" w:type="dxa"/>
              <w:right w:w="100" w:type="dxa"/>
            </w:tcMar>
            <w:vAlign w:val="center"/>
          </w:tcPr>
          <w:p w14:paraId="548E3504" w14:textId="77777777" w:rsidR="00374583" w:rsidRDefault="00374583"/>
        </w:tc>
      </w:tr>
      <w:tr w:rsidR="00374583" w14:paraId="72C583B7" w14:textId="77777777">
        <w:trPr>
          <w:jc w:val="center"/>
        </w:trPr>
        <w:tc>
          <w:tcPr>
            <w:tcW w:w="3969" w:type="dxa"/>
            <w:shd w:val="clear" w:color="auto" w:fill="E7E6E6"/>
            <w:tcMar>
              <w:top w:w="80" w:type="dxa"/>
              <w:left w:w="100" w:type="dxa"/>
              <w:bottom w:w="80" w:type="dxa"/>
              <w:right w:w="100" w:type="dxa"/>
            </w:tcMar>
            <w:vAlign w:val="center"/>
          </w:tcPr>
          <w:p w14:paraId="58AA805E" w14:textId="77777777" w:rsidR="00374583" w:rsidRDefault="00000000">
            <w:r>
              <w:rPr>
                <w:b/>
                <w:sz w:val="18"/>
              </w:rPr>
              <w:t>Drugi javni izvori financiranja, ako postoje (EUR)</w:t>
            </w:r>
          </w:p>
        </w:tc>
        <w:tc>
          <w:tcPr>
            <w:tcW w:w="5669" w:type="dxa"/>
            <w:tcMar>
              <w:top w:w="80" w:type="dxa"/>
              <w:left w:w="100" w:type="dxa"/>
              <w:bottom w:w="80" w:type="dxa"/>
              <w:right w:w="100" w:type="dxa"/>
            </w:tcMar>
            <w:vAlign w:val="center"/>
          </w:tcPr>
          <w:p w14:paraId="200B7649" w14:textId="77777777" w:rsidR="00374583" w:rsidRDefault="00374583"/>
        </w:tc>
      </w:tr>
      <w:tr w:rsidR="00374583" w14:paraId="46A3121D" w14:textId="77777777">
        <w:trPr>
          <w:jc w:val="center"/>
        </w:trPr>
        <w:tc>
          <w:tcPr>
            <w:tcW w:w="3969" w:type="dxa"/>
            <w:shd w:val="clear" w:color="auto" w:fill="E7E6E6"/>
            <w:tcMar>
              <w:top w:w="80" w:type="dxa"/>
              <w:left w:w="100" w:type="dxa"/>
              <w:bottom w:w="80" w:type="dxa"/>
              <w:right w:w="100" w:type="dxa"/>
            </w:tcMar>
            <w:vAlign w:val="center"/>
          </w:tcPr>
          <w:p w14:paraId="1E5B0256" w14:textId="77777777" w:rsidR="00374583" w:rsidRDefault="00000000">
            <w:r>
              <w:rPr>
                <w:b/>
                <w:sz w:val="18"/>
              </w:rPr>
              <w:t>Iznos potpore koji se traži (EUR)</w:t>
            </w:r>
          </w:p>
        </w:tc>
        <w:tc>
          <w:tcPr>
            <w:tcW w:w="5669" w:type="dxa"/>
            <w:tcMar>
              <w:top w:w="80" w:type="dxa"/>
              <w:left w:w="100" w:type="dxa"/>
              <w:bottom w:w="80" w:type="dxa"/>
              <w:right w:w="100" w:type="dxa"/>
            </w:tcMar>
            <w:vAlign w:val="center"/>
          </w:tcPr>
          <w:p w14:paraId="247564A7" w14:textId="77777777" w:rsidR="00374583" w:rsidRDefault="00374583"/>
        </w:tc>
      </w:tr>
      <w:tr w:rsidR="00374583" w14:paraId="2DB50539" w14:textId="77777777">
        <w:trPr>
          <w:jc w:val="center"/>
        </w:trPr>
        <w:tc>
          <w:tcPr>
            <w:tcW w:w="3969" w:type="dxa"/>
            <w:shd w:val="clear" w:color="auto" w:fill="E7E6E6"/>
            <w:tcMar>
              <w:top w:w="80" w:type="dxa"/>
              <w:left w:w="100" w:type="dxa"/>
              <w:bottom w:w="80" w:type="dxa"/>
              <w:right w:w="100" w:type="dxa"/>
            </w:tcMar>
            <w:vAlign w:val="center"/>
          </w:tcPr>
          <w:p w14:paraId="78FACC41" w14:textId="77777777" w:rsidR="00374583" w:rsidRDefault="00000000">
            <w:r>
              <w:rPr>
                <w:b/>
                <w:sz w:val="18"/>
              </w:rPr>
              <w:t>Udio tražene potpore u prihvatljivim troškovima (%)</w:t>
            </w:r>
          </w:p>
        </w:tc>
        <w:tc>
          <w:tcPr>
            <w:tcW w:w="5669" w:type="dxa"/>
            <w:tcMar>
              <w:top w:w="80" w:type="dxa"/>
              <w:left w:w="100" w:type="dxa"/>
              <w:bottom w:w="80" w:type="dxa"/>
              <w:right w:w="100" w:type="dxa"/>
            </w:tcMar>
            <w:vAlign w:val="center"/>
          </w:tcPr>
          <w:p w14:paraId="487AE521" w14:textId="77777777" w:rsidR="00374583" w:rsidRDefault="00374583"/>
        </w:tc>
      </w:tr>
    </w:tbl>
    <w:p w14:paraId="14961435" w14:textId="77777777" w:rsidR="00374583" w:rsidRDefault="00000000">
      <w:r>
        <w:rPr>
          <w:b/>
        </w:rPr>
        <w:t xml:space="preserve">Napomena: </w:t>
      </w:r>
      <w:r>
        <w:t xml:space="preserve">Traženi iznos potpore ne može biti veći od najvišeg iznosa propisanog za odgovarajuću kategoriju odnosno razred projekta niti od 50 % </w:t>
      </w:r>
      <w:proofErr w:type="spellStart"/>
      <w:r>
        <w:t>ukupnih</w:t>
      </w:r>
      <w:proofErr w:type="spellEnd"/>
      <w:r>
        <w:t xml:space="preserve"> </w:t>
      </w:r>
      <w:proofErr w:type="spellStart"/>
      <w:r>
        <w:t>prihvatljivih</w:t>
      </w:r>
      <w:proofErr w:type="spellEnd"/>
      <w:r>
        <w:t xml:space="preserve"> </w:t>
      </w:r>
      <w:proofErr w:type="spellStart"/>
      <w:r>
        <w:t>troškova</w:t>
      </w:r>
      <w:proofErr w:type="spellEnd"/>
      <w:r>
        <w:t xml:space="preserve"> </w:t>
      </w:r>
      <w:proofErr w:type="spellStart"/>
      <w:r>
        <w:t>projekta</w:t>
      </w:r>
      <w:proofErr w:type="spellEnd"/>
      <w:r>
        <w:t>.</w:t>
      </w:r>
    </w:p>
    <w:p w14:paraId="5C91E714" w14:textId="77777777" w:rsidR="00D01AEA" w:rsidRDefault="00AE593F">
      <w:proofErr w:type="spellStart"/>
      <w:r>
        <w:rPr>
          <w:b/>
        </w:rPr>
        <w:t>Napomena</w:t>
      </w:r>
      <w:proofErr w:type="spellEnd"/>
      <w:r>
        <w:rPr>
          <w:b/>
        </w:rPr>
        <w:t xml:space="preserve">: </w:t>
      </w:r>
      <w:proofErr w:type="spellStart"/>
      <w:r w:rsidR="00D01AEA" w:rsidRPr="00D01AEA">
        <w:t>Iznos</w:t>
      </w:r>
      <w:proofErr w:type="spellEnd"/>
      <w:r w:rsidR="00D01AEA" w:rsidRPr="00D01AEA">
        <w:t xml:space="preserve"> </w:t>
      </w:r>
      <w:proofErr w:type="spellStart"/>
      <w:r w:rsidR="00D01AEA" w:rsidRPr="00D01AEA">
        <w:t>potpore</w:t>
      </w:r>
      <w:proofErr w:type="spellEnd"/>
      <w:r w:rsidR="00D01AEA" w:rsidRPr="00D01AEA">
        <w:t xml:space="preserve"> </w:t>
      </w:r>
      <w:proofErr w:type="spellStart"/>
      <w:r w:rsidR="00D01AEA" w:rsidRPr="00D01AEA">
        <w:t>odobren</w:t>
      </w:r>
      <w:proofErr w:type="spellEnd"/>
      <w:r w:rsidR="00D01AEA" w:rsidRPr="00D01AEA">
        <w:t xml:space="preserve"> </w:t>
      </w:r>
      <w:proofErr w:type="spellStart"/>
      <w:r w:rsidR="00D01AEA" w:rsidRPr="00D01AEA">
        <w:t>Odlukom</w:t>
      </w:r>
      <w:proofErr w:type="spellEnd"/>
      <w:r w:rsidR="00D01AEA" w:rsidRPr="00D01AEA">
        <w:t xml:space="preserve"> </w:t>
      </w:r>
      <w:proofErr w:type="spellStart"/>
      <w:r w:rsidR="00D01AEA" w:rsidRPr="00D01AEA">
        <w:t>predstavlja</w:t>
      </w:r>
      <w:proofErr w:type="spellEnd"/>
      <w:r w:rsidR="00D01AEA" w:rsidRPr="00D01AEA">
        <w:t xml:space="preserve"> </w:t>
      </w:r>
      <w:proofErr w:type="spellStart"/>
      <w:r w:rsidR="00D01AEA" w:rsidRPr="00D01AEA">
        <w:t>najviši</w:t>
      </w:r>
      <w:proofErr w:type="spellEnd"/>
      <w:r w:rsidR="00D01AEA" w:rsidRPr="00D01AEA">
        <w:t xml:space="preserve"> </w:t>
      </w:r>
      <w:proofErr w:type="spellStart"/>
      <w:r w:rsidR="00D01AEA" w:rsidRPr="00D01AEA">
        <w:t>mogući</w:t>
      </w:r>
      <w:proofErr w:type="spellEnd"/>
      <w:r w:rsidR="00D01AEA" w:rsidRPr="00D01AEA">
        <w:t xml:space="preserve"> </w:t>
      </w:r>
      <w:proofErr w:type="spellStart"/>
      <w:r w:rsidR="00D01AEA" w:rsidRPr="00D01AEA">
        <w:t>iznos</w:t>
      </w:r>
      <w:proofErr w:type="spellEnd"/>
      <w:r w:rsidR="00D01AEA" w:rsidRPr="00D01AEA">
        <w:t xml:space="preserve"> </w:t>
      </w:r>
      <w:proofErr w:type="spellStart"/>
      <w:r w:rsidR="00D01AEA" w:rsidRPr="00D01AEA">
        <w:t>potpore</w:t>
      </w:r>
      <w:proofErr w:type="spellEnd"/>
      <w:r w:rsidR="00D01AEA" w:rsidRPr="00D01AEA">
        <w:t xml:space="preserve">. </w:t>
      </w:r>
      <w:proofErr w:type="spellStart"/>
      <w:r w:rsidR="00D01AEA" w:rsidRPr="00D01AEA">
        <w:t>Konačno</w:t>
      </w:r>
      <w:proofErr w:type="spellEnd"/>
      <w:r w:rsidR="00D01AEA" w:rsidRPr="00D01AEA">
        <w:t xml:space="preserve"> </w:t>
      </w:r>
      <w:proofErr w:type="spellStart"/>
      <w:r w:rsidR="00D01AEA" w:rsidRPr="00D01AEA">
        <w:t>pravo</w:t>
      </w:r>
      <w:proofErr w:type="spellEnd"/>
      <w:r w:rsidR="00D01AEA" w:rsidRPr="00D01AEA">
        <w:t xml:space="preserve"> </w:t>
      </w:r>
      <w:proofErr w:type="spellStart"/>
      <w:r w:rsidR="00D01AEA" w:rsidRPr="00D01AEA">
        <w:t>na</w:t>
      </w:r>
      <w:proofErr w:type="spellEnd"/>
      <w:r w:rsidR="00D01AEA" w:rsidRPr="00D01AEA">
        <w:t xml:space="preserve"> </w:t>
      </w:r>
      <w:proofErr w:type="spellStart"/>
      <w:r w:rsidR="00D01AEA" w:rsidRPr="00D01AEA">
        <w:t>potporu</w:t>
      </w:r>
      <w:proofErr w:type="spellEnd"/>
      <w:r w:rsidR="00D01AEA" w:rsidRPr="00D01AEA">
        <w:t xml:space="preserve"> </w:t>
      </w:r>
      <w:proofErr w:type="spellStart"/>
      <w:r w:rsidR="00D01AEA" w:rsidRPr="00D01AEA">
        <w:t>i</w:t>
      </w:r>
      <w:proofErr w:type="spellEnd"/>
      <w:r w:rsidR="00D01AEA" w:rsidRPr="00D01AEA">
        <w:t xml:space="preserve"> </w:t>
      </w:r>
      <w:proofErr w:type="spellStart"/>
      <w:r w:rsidR="00D01AEA" w:rsidRPr="00D01AEA">
        <w:t>konačni</w:t>
      </w:r>
      <w:proofErr w:type="spellEnd"/>
      <w:r w:rsidR="00D01AEA" w:rsidRPr="00D01AEA">
        <w:t xml:space="preserve"> </w:t>
      </w:r>
      <w:proofErr w:type="spellStart"/>
      <w:r w:rsidR="00D01AEA" w:rsidRPr="00D01AEA">
        <w:t>iznos</w:t>
      </w:r>
      <w:proofErr w:type="spellEnd"/>
      <w:r w:rsidR="00D01AEA" w:rsidRPr="00D01AEA">
        <w:t xml:space="preserve"> za </w:t>
      </w:r>
      <w:proofErr w:type="spellStart"/>
      <w:r w:rsidR="00D01AEA" w:rsidRPr="00D01AEA">
        <w:t>isplatu</w:t>
      </w:r>
      <w:proofErr w:type="spellEnd"/>
      <w:r w:rsidR="00D01AEA" w:rsidRPr="00D01AEA">
        <w:t xml:space="preserve"> </w:t>
      </w:r>
      <w:proofErr w:type="spellStart"/>
      <w:r w:rsidR="00D01AEA" w:rsidRPr="00D01AEA">
        <w:t>utvrđuju</w:t>
      </w:r>
      <w:proofErr w:type="spellEnd"/>
      <w:r w:rsidR="00D01AEA" w:rsidRPr="00D01AEA">
        <w:t xml:space="preserve"> se </w:t>
      </w:r>
      <w:proofErr w:type="spellStart"/>
      <w:r w:rsidR="00D01AEA" w:rsidRPr="00D01AEA">
        <w:t>nakon</w:t>
      </w:r>
      <w:proofErr w:type="spellEnd"/>
      <w:r w:rsidR="00D01AEA" w:rsidRPr="00D01AEA">
        <w:t xml:space="preserve"> </w:t>
      </w:r>
      <w:proofErr w:type="spellStart"/>
      <w:r w:rsidR="00D01AEA" w:rsidRPr="00D01AEA">
        <w:t>završetka</w:t>
      </w:r>
      <w:proofErr w:type="spellEnd"/>
      <w:r w:rsidR="00D01AEA" w:rsidRPr="00D01AEA">
        <w:t xml:space="preserve"> </w:t>
      </w:r>
      <w:proofErr w:type="spellStart"/>
      <w:r w:rsidR="00D01AEA" w:rsidRPr="00D01AEA">
        <w:t>projekta</w:t>
      </w:r>
      <w:proofErr w:type="spellEnd"/>
      <w:r w:rsidR="00D01AEA" w:rsidRPr="00D01AEA">
        <w:t xml:space="preserve">, </w:t>
      </w:r>
      <w:proofErr w:type="spellStart"/>
      <w:r w:rsidR="00D01AEA" w:rsidRPr="00D01AEA">
        <w:t>dostave</w:t>
      </w:r>
      <w:proofErr w:type="spellEnd"/>
      <w:r w:rsidR="00D01AEA" w:rsidRPr="00D01AEA">
        <w:t xml:space="preserve"> </w:t>
      </w:r>
      <w:proofErr w:type="spellStart"/>
      <w:r w:rsidR="00D01AEA" w:rsidRPr="00D01AEA">
        <w:t>i</w:t>
      </w:r>
      <w:proofErr w:type="spellEnd"/>
      <w:r w:rsidR="00D01AEA" w:rsidRPr="00D01AEA">
        <w:t xml:space="preserve"> </w:t>
      </w:r>
      <w:proofErr w:type="spellStart"/>
      <w:r w:rsidR="00D01AEA" w:rsidRPr="00D01AEA">
        <w:t>prihvaćanja</w:t>
      </w:r>
      <w:proofErr w:type="spellEnd"/>
      <w:r w:rsidR="00D01AEA" w:rsidRPr="00D01AEA">
        <w:t xml:space="preserve"> </w:t>
      </w:r>
      <w:proofErr w:type="spellStart"/>
      <w:r w:rsidR="00D01AEA" w:rsidRPr="00D01AEA">
        <w:t>završnog</w:t>
      </w:r>
      <w:proofErr w:type="spellEnd"/>
      <w:r w:rsidR="00D01AEA" w:rsidRPr="00D01AEA">
        <w:t xml:space="preserve"> </w:t>
      </w:r>
      <w:proofErr w:type="spellStart"/>
      <w:r w:rsidR="00D01AEA" w:rsidRPr="00D01AEA">
        <w:t>izvješća</w:t>
      </w:r>
      <w:proofErr w:type="spellEnd"/>
      <w:r w:rsidR="00D01AEA" w:rsidRPr="00D01AEA">
        <w:t xml:space="preserve"> </w:t>
      </w:r>
      <w:proofErr w:type="spellStart"/>
      <w:r w:rsidR="00D01AEA" w:rsidRPr="00D01AEA">
        <w:t>te</w:t>
      </w:r>
      <w:proofErr w:type="spellEnd"/>
      <w:r w:rsidR="00D01AEA" w:rsidRPr="00D01AEA">
        <w:t xml:space="preserve"> </w:t>
      </w:r>
      <w:proofErr w:type="spellStart"/>
      <w:r w:rsidR="00D01AEA" w:rsidRPr="00D01AEA">
        <w:t>provjere</w:t>
      </w:r>
      <w:proofErr w:type="spellEnd"/>
      <w:r w:rsidR="00D01AEA" w:rsidRPr="00D01AEA">
        <w:t xml:space="preserve"> </w:t>
      </w:r>
      <w:proofErr w:type="spellStart"/>
      <w:r w:rsidR="00D01AEA" w:rsidRPr="00D01AEA">
        <w:t>stvarno</w:t>
      </w:r>
      <w:proofErr w:type="spellEnd"/>
      <w:r w:rsidR="00D01AEA" w:rsidRPr="00D01AEA">
        <w:t xml:space="preserve"> </w:t>
      </w:r>
      <w:proofErr w:type="spellStart"/>
      <w:r w:rsidR="00D01AEA" w:rsidRPr="00D01AEA">
        <w:t>ostvarenih</w:t>
      </w:r>
      <w:proofErr w:type="spellEnd"/>
      <w:r w:rsidR="00D01AEA" w:rsidRPr="00D01AEA">
        <w:t xml:space="preserve"> </w:t>
      </w:r>
      <w:proofErr w:type="spellStart"/>
      <w:r w:rsidR="00D01AEA" w:rsidRPr="00D01AEA">
        <w:t>rezultata</w:t>
      </w:r>
      <w:proofErr w:type="spellEnd"/>
      <w:r w:rsidR="00D01AEA" w:rsidRPr="00D01AEA">
        <w:t xml:space="preserve"> </w:t>
      </w:r>
      <w:proofErr w:type="spellStart"/>
      <w:r w:rsidR="00D01AEA" w:rsidRPr="00D01AEA">
        <w:t>i</w:t>
      </w:r>
      <w:proofErr w:type="spellEnd"/>
      <w:r w:rsidR="00D01AEA" w:rsidRPr="00D01AEA">
        <w:t xml:space="preserve"> </w:t>
      </w:r>
      <w:proofErr w:type="spellStart"/>
      <w:r w:rsidR="00D01AEA" w:rsidRPr="00D01AEA">
        <w:t>stvarno</w:t>
      </w:r>
      <w:proofErr w:type="spellEnd"/>
      <w:r w:rsidR="00D01AEA" w:rsidRPr="00D01AEA">
        <w:t xml:space="preserve"> </w:t>
      </w:r>
      <w:proofErr w:type="spellStart"/>
      <w:r w:rsidR="00D01AEA" w:rsidRPr="00D01AEA">
        <w:t>nastalih</w:t>
      </w:r>
      <w:proofErr w:type="spellEnd"/>
      <w:r w:rsidR="00D01AEA" w:rsidRPr="00D01AEA">
        <w:t xml:space="preserve">, </w:t>
      </w:r>
      <w:proofErr w:type="spellStart"/>
      <w:r w:rsidR="00D01AEA" w:rsidRPr="00D01AEA">
        <w:t>plaćenih</w:t>
      </w:r>
      <w:proofErr w:type="spellEnd"/>
      <w:r w:rsidR="00D01AEA" w:rsidRPr="00D01AEA">
        <w:t xml:space="preserve"> </w:t>
      </w:r>
      <w:proofErr w:type="spellStart"/>
      <w:r w:rsidR="00D01AEA" w:rsidRPr="00D01AEA">
        <w:t>i</w:t>
      </w:r>
      <w:proofErr w:type="spellEnd"/>
      <w:r w:rsidR="00D01AEA" w:rsidRPr="00D01AEA">
        <w:t xml:space="preserve"> </w:t>
      </w:r>
      <w:proofErr w:type="spellStart"/>
      <w:r w:rsidR="00D01AEA" w:rsidRPr="00D01AEA">
        <w:t>dokazanih</w:t>
      </w:r>
      <w:proofErr w:type="spellEnd"/>
      <w:r w:rsidR="00D01AEA" w:rsidRPr="00D01AEA">
        <w:t xml:space="preserve"> </w:t>
      </w:r>
      <w:proofErr w:type="spellStart"/>
      <w:r w:rsidR="00D01AEA" w:rsidRPr="00D01AEA">
        <w:t>prihvatljivih</w:t>
      </w:r>
      <w:proofErr w:type="spellEnd"/>
      <w:r w:rsidR="00D01AEA" w:rsidRPr="00D01AEA">
        <w:t xml:space="preserve"> </w:t>
      </w:r>
      <w:proofErr w:type="spellStart"/>
      <w:r w:rsidR="00D01AEA" w:rsidRPr="00D01AEA">
        <w:t>troškova</w:t>
      </w:r>
      <w:proofErr w:type="spellEnd"/>
      <w:r w:rsidR="00D01AEA" w:rsidRPr="00D01AEA">
        <w:t xml:space="preserve">, </w:t>
      </w:r>
      <w:proofErr w:type="spellStart"/>
      <w:r w:rsidR="00D01AEA" w:rsidRPr="00D01AEA">
        <w:t>sukladno</w:t>
      </w:r>
      <w:proofErr w:type="spellEnd"/>
      <w:r w:rsidR="00D01AEA" w:rsidRPr="00D01AEA">
        <w:t xml:space="preserve"> </w:t>
      </w:r>
      <w:proofErr w:type="spellStart"/>
      <w:r w:rsidR="00D01AEA" w:rsidRPr="00D01AEA">
        <w:t>Javnom</w:t>
      </w:r>
      <w:proofErr w:type="spellEnd"/>
      <w:r w:rsidR="00D01AEA" w:rsidRPr="00D01AEA">
        <w:t xml:space="preserve"> </w:t>
      </w:r>
      <w:proofErr w:type="spellStart"/>
      <w:r w:rsidR="00D01AEA" w:rsidRPr="00D01AEA">
        <w:t>pozivu</w:t>
      </w:r>
      <w:proofErr w:type="spellEnd"/>
      <w:r w:rsidR="00D01AEA" w:rsidRPr="00D01AEA">
        <w:t>.</w:t>
      </w:r>
    </w:p>
    <w:p w14:paraId="645AE273" w14:textId="77777777" w:rsidR="009F3A08" w:rsidRDefault="00000000">
      <w:r>
        <w:rPr>
          <w:b/>
        </w:rPr>
        <w:t>Napomena: Prijave se razmatraju sukcesivno, prema redoslijedu zaprimanja potpunih prijava, do iskorištenja raspoloživih sredstava, a najkasnije do 31. prosinca 2026. godine.</w:t>
      </w:r>
    </w:p>
    <w:p w14:paraId="0DAE3D1B" w14:textId="77777777" w:rsidR="00374583" w:rsidRDefault="00000000">
      <w:pPr>
        <w:pStyle w:val="Naslov1"/>
      </w:pPr>
      <w:r>
        <w:t>7. PODACI POTREBNI ZA BODOVANJE</w:t>
      </w:r>
    </w:p>
    <w:tbl>
      <w:tblPr>
        <w:tblStyle w:val="Reetkatablice"/>
        <w:tblW w:w="0" w:type="auto"/>
        <w:jc w:val="center"/>
        <w:tblLayout w:type="fixed"/>
        <w:tblLook w:val="04A0" w:firstRow="1" w:lastRow="0" w:firstColumn="1" w:lastColumn="0" w:noHBand="0" w:noVBand="1"/>
      </w:tblPr>
      <w:tblGrid>
        <w:gridCol w:w="3969"/>
        <w:gridCol w:w="5669"/>
      </w:tblGrid>
      <w:tr w:rsidR="00374583" w14:paraId="28A9FE43" w14:textId="77777777">
        <w:trPr>
          <w:jc w:val="center"/>
        </w:trPr>
        <w:tc>
          <w:tcPr>
            <w:tcW w:w="3969" w:type="dxa"/>
            <w:shd w:val="clear" w:color="auto" w:fill="E7E6E6"/>
            <w:tcMar>
              <w:top w:w="80" w:type="dxa"/>
              <w:left w:w="100" w:type="dxa"/>
              <w:bottom w:w="80" w:type="dxa"/>
              <w:right w:w="100" w:type="dxa"/>
            </w:tcMar>
            <w:vAlign w:val="center"/>
          </w:tcPr>
          <w:p w14:paraId="706AFACA" w14:textId="77777777" w:rsidR="00374583" w:rsidRDefault="00000000">
            <w:r>
              <w:rPr>
                <w:b/>
                <w:sz w:val="18"/>
              </w:rPr>
              <w:t>Udio vlastitog odnosno drugog nejavnog financiranja (%)</w:t>
            </w:r>
          </w:p>
        </w:tc>
        <w:tc>
          <w:tcPr>
            <w:tcW w:w="5669" w:type="dxa"/>
            <w:tcMar>
              <w:top w:w="80" w:type="dxa"/>
              <w:left w:w="100" w:type="dxa"/>
              <w:bottom w:w="80" w:type="dxa"/>
              <w:right w:w="100" w:type="dxa"/>
            </w:tcMar>
            <w:vAlign w:val="center"/>
          </w:tcPr>
          <w:p w14:paraId="53240A3F" w14:textId="77777777" w:rsidR="00374583" w:rsidRDefault="00374583"/>
        </w:tc>
      </w:tr>
    </w:tbl>
    <w:p w14:paraId="44278754" w14:textId="77777777" w:rsidR="00374583" w:rsidRDefault="00000000">
      <w:r>
        <w:t>Vrsta i opseg ulaganja:</w:t>
      </w:r>
    </w:p>
    <w:p w14:paraId="3B7F7AAE" w14:textId="77777777" w:rsidR="00374583" w:rsidRDefault="00000000">
      <w:r>
        <w:t>☐ povećanje postojećeg registriranog smještajnog kapaciteta stvaranjem novih smještajnih jedinica/soba</w:t>
      </w:r>
    </w:p>
    <w:p w14:paraId="249244E5" w14:textId="77777777" w:rsidR="00374583" w:rsidRDefault="00000000">
      <w:r>
        <w:t>☐ uspostavljanje novog smještajnog objekta izgradnjom nove građevine</w:t>
      </w:r>
    </w:p>
    <w:p w14:paraId="1A69DD4F" w14:textId="77777777" w:rsidR="00374583" w:rsidRDefault="00000000">
      <w:r>
        <w:lastRenderedPageBreak/>
        <w:t>☐ uspostavljanje novog smještajnog objekta cjelovitom prenamjenom odnosno revitalizacijom postojeće, prethodno nekorištene ili pretežito neiskorištene građevine/prostora</w:t>
      </w:r>
    </w:p>
    <w:p w14:paraId="6A5BEA8D" w14:textId="77777777" w:rsidR="00374583" w:rsidRDefault="00000000">
      <w:r>
        <w:t>Planirana kategorija / standard i kvalitativna razina objekta:</w:t>
      </w:r>
    </w:p>
    <w:p w14:paraId="63420EAB" w14:textId="77777777" w:rsidR="00374583" w:rsidRDefault="00000000">
      <w:r>
        <w:t>☐ 2★ (kada je prihvatljivo prema Javnom pozivu)     ☐ 3★</w:t>
      </w:r>
    </w:p>
    <w:p w14:paraId="7839A217" w14:textId="77777777" w:rsidR="00374583" w:rsidRDefault="00000000">
      <w:r>
        <w:t>☐ 4★     ☐ 5★</w:t>
      </w:r>
    </w:p>
    <w:p w14:paraId="560C42BE" w14:textId="77777777" w:rsidR="00374583" w:rsidRDefault="00000000">
      <w:r>
        <w:t>☐ Pansion STANDARD     ☐ Pansion KOMFOR</w:t>
      </w:r>
    </w:p>
    <w:p w14:paraId="2F694C90" w14:textId="77777777" w:rsidR="00374583" w:rsidRDefault="00000000">
      <w:r>
        <w:t>☐ nije primjenjiva kategorizacija zvjezdicama – osnovna propisana razina / dokazivo viša razina / najviša dokaziva kvalitativna razina</w:t>
      </w:r>
    </w:p>
    <w:p w14:paraId="75AB0C79" w14:textId="77777777" w:rsidR="009F3A08" w:rsidRDefault="00000000">
      <w:r>
        <w:t>Napomena / pojašnjenje kvalitativne razine, kada je primjenjivo: ______________________________________________</w:t>
      </w:r>
    </w:p>
    <w:p w14:paraId="3E0A67D5" w14:textId="77777777" w:rsidR="00374583" w:rsidRDefault="00000000">
      <w:pPr>
        <w:pStyle w:val="Naslov1"/>
      </w:pPr>
      <w:r>
        <w:t>8. IZJAVA PRIJAVITELJA</w:t>
      </w:r>
    </w:p>
    <w:p w14:paraId="303E232F" w14:textId="77777777" w:rsidR="00374583" w:rsidRDefault="00000000">
      <w:r>
        <w:t>Potpisom ovog Zahtjeva prijavitelj potvrđuje:</w:t>
      </w:r>
    </w:p>
    <w:p w14:paraId="5AD87C84" w14:textId="77777777" w:rsidR="00374583" w:rsidRDefault="00000000">
      <w:pPr>
        <w:ind w:left="283"/>
      </w:pPr>
      <w:r>
        <w:t>• da su svi podaci navedeni u Zahtjevu i priloženoj dokumentaciji istiniti i potpuni;</w:t>
      </w:r>
    </w:p>
    <w:p w14:paraId="3E2DC7DE" w14:textId="77777777" w:rsidR="00374583" w:rsidRDefault="00000000">
      <w:pPr>
        <w:ind w:left="283"/>
      </w:pPr>
      <w:r>
        <w:t>• da je upoznat sa svim uvjetima Javnog poziva i da ih prihvaća;</w:t>
      </w:r>
    </w:p>
    <w:p w14:paraId="7D596969" w14:textId="77777777" w:rsidR="00374583" w:rsidRDefault="00000000">
      <w:pPr>
        <w:ind w:left="283"/>
      </w:pPr>
      <w:r>
        <w:t>• da projekt namjerava realizirati u skladu s prijavom, Javnim pozivom i, u slučaju odobravanja potpore, Ugovorom o dodjeli bespovratne potpore;</w:t>
      </w:r>
    </w:p>
    <w:p w14:paraId="6A2DD236" w14:textId="77777777" w:rsidR="00374583" w:rsidRDefault="00000000">
      <w:pPr>
        <w:ind w:left="283"/>
      </w:pPr>
      <w:r>
        <w:t>• da će novi odnosno povećani smještajni kapacitet po završetku projekta biti registriran i stavljen u funkciju turističkog smještaja;</w:t>
      </w:r>
    </w:p>
    <w:p w14:paraId="7AE63F33" w14:textId="77777777" w:rsidR="00374583" w:rsidRDefault="00000000">
      <w:pPr>
        <w:ind w:left="283"/>
      </w:pPr>
      <w:r>
        <w:t>• da prihvaća mogućnost provjere podataka i dokumentacije te kontrole projekta sukladno Javnom pozivu.</w:t>
      </w:r>
    </w:p>
    <w:p w14:paraId="6E1382B5" w14:textId="77777777" w:rsidR="009F3A08" w:rsidRDefault="00000000">
      <w:pPr>
        <w:ind w:left="283"/>
      </w:pPr>
      <w:r>
        <w:t>• da je upoznat s činjenicom da se sredstva dodjeljuju sukcesivno, prema redoslijedu zaprimanja potpunih prijava, do iskorištenja raspoloživih sredstava;</w:t>
      </w:r>
    </w:p>
    <w:p w14:paraId="7D8A4B44" w14:textId="77777777" w:rsidR="00D01AEA" w:rsidRDefault="00D01AEA" w:rsidP="00D01AEA">
      <w:pPr>
        <w:ind w:left="284"/>
      </w:pPr>
      <w:r>
        <w:t xml:space="preserve">• </w:t>
      </w:r>
      <w:r w:rsidRPr="00D01AEA">
        <w:t xml:space="preserve">da je </w:t>
      </w:r>
      <w:proofErr w:type="spellStart"/>
      <w:r w:rsidRPr="00D01AEA">
        <w:t>upoznat</w:t>
      </w:r>
      <w:proofErr w:type="spellEnd"/>
      <w:r w:rsidRPr="00D01AEA">
        <w:t xml:space="preserve">/a s </w:t>
      </w:r>
      <w:proofErr w:type="spellStart"/>
      <w:r w:rsidRPr="00D01AEA">
        <w:t>činjenicom</w:t>
      </w:r>
      <w:proofErr w:type="spellEnd"/>
      <w:r w:rsidRPr="00D01AEA">
        <w:t xml:space="preserve"> da se </w:t>
      </w:r>
      <w:proofErr w:type="spellStart"/>
      <w:r w:rsidRPr="00D01AEA">
        <w:t>bespovratna</w:t>
      </w:r>
      <w:proofErr w:type="spellEnd"/>
      <w:r w:rsidRPr="00D01AEA">
        <w:t xml:space="preserve"> </w:t>
      </w:r>
      <w:proofErr w:type="spellStart"/>
      <w:r w:rsidRPr="00D01AEA">
        <w:t>potpora</w:t>
      </w:r>
      <w:proofErr w:type="spellEnd"/>
      <w:r w:rsidRPr="00D01AEA">
        <w:t xml:space="preserve"> </w:t>
      </w:r>
      <w:proofErr w:type="spellStart"/>
      <w:r w:rsidRPr="00D01AEA">
        <w:t>isplaćuje</w:t>
      </w:r>
      <w:proofErr w:type="spellEnd"/>
      <w:r w:rsidRPr="00D01AEA">
        <w:t xml:space="preserve"> </w:t>
      </w:r>
      <w:proofErr w:type="spellStart"/>
      <w:r w:rsidRPr="00D01AEA">
        <w:t>jednokratno</w:t>
      </w:r>
      <w:proofErr w:type="spellEnd"/>
      <w:r w:rsidRPr="00D01AEA">
        <w:t xml:space="preserve"> </w:t>
      </w:r>
      <w:proofErr w:type="spellStart"/>
      <w:r w:rsidRPr="00D01AEA">
        <w:t>nakon</w:t>
      </w:r>
      <w:proofErr w:type="spellEnd"/>
      <w:r w:rsidRPr="00D01AEA">
        <w:t xml:space="preserve"> </w:t>
      </w:r>
      <w:proofErr w:type="spellStart"/>
      <w:r w:rsidRPr="00D01AEA">
        <w:t>završetka</w:t>
      </w:r>
      <w:proofErr w:type="spellEnd"/>
      <w:r w:rsidRPr="00D01AEA">
        <w:t xml:space="preserve"> </w:t>
      </w:r>
      <w:proofErr w:type="spellStart"/>
      <w:r w:rsidRPr="00D01AEA">
        <w:t>projekta</w:t>
      </w:r>
      <w:proofErr w:type="spellEnd"/>
      <w:r w:rsidRPr="00D01AEA">
        <w:t xml:space="preserve">, </w:t>
      </w:r>
      <w:proofErr w:type="spellStart"/>
      <w:r w:rsidRPr="00D01AEA">
        <w:t>dostave</w:t>
      </w:r>
      <w:proofErr w:type="spellEnd"/>
      <w:r w:rsidRPr="00D01AEA">
        <w:t xml:space="preserve"> </w:t>
      </w:r>
      <w:proofErr w:type="spellStart"/>
      <w:r w:rsidRPr="00D01AEA">
        <w:t>i</w:t>
      </w:r>
      <w:proofErr w:type="spellEnd"/>
      <w:r w:rsidRPr="00D01AEA">
        <w:t xml:space="preserve"> </w:t>
      </w:r>
      <w:proofErr w:type="spellStart"/>
      <w:r w:rsidRPr="00D01AEA">
        <w:t>prihvaćanja</w:t>
      </w:r>
      <w:proofErr w:type="spellEnd"/>
      <w:r w:rsidRPr="00D01AEA">
        <w:t xml:space="preserve"> </w:t>
      </w:r>
      <w:proofErr w:type="spellStart"/>
      <w:r w:rsidRPr="00D01AEA">
        <w:t>završnog</w:t>
      </w:r>
      <w:proofErr w:type="spellEnd"/>
      <w:r w:rsidRPr="00D01AEA">
        <w:t xml:space="preserve"> </w:t>
      </w:r>
      <w:proofErr w:type="spellStart"/>
      <w:r w:rsidRPr="00D01AEA">
        <w:t>izvješća</w:t>
      </w:r>
      <w:proofErr w:type="spellEnd"/>
      <w:r w:rsidRPr="00D01AEA">
        <w:t xml:space="preserve">, </w:t>
      </w:r>
      <w:proofErr w:type="spellStart"/>
      <w:r w:rsidRPr="00D01AEA">
        <w:t>utvrđivanja</w:t>
      </w:r>
      <w:proofErr w:type="spellEnd"/>
      <w:r w:rsidRPr="00D01AEA">
        <w:t xml:space="preserve"> </w:t>
      </w:r>
      <w:proofErr w:type="spellStart"/>
      <w:r w:rsidRPr="00D01AEA">
        <w:t>konačnog</w:t>
      </w:r>
      <w:proofErr w:type="spellEnd"/>
      <w:r w:rsidRPr="00D01AEA">
        <w:t xml:space="preserve"> </w:t>
      </w:r>
      <w:proofErr w:type="spellStart"/>
      <w:r w:rsidRPr="00D01AEA">
        <w:t>iznosa</w:t>
      </w:r>
      <w:proofErr w:type="spellEnd"/>
      <w:r w:rsidRPr="00D01AEA">
        <w:t xml:space="preserve"> </w:t>
      </w:r>
      <w:proofErr w:type="spellStart"/>
      <w:r w:rsidRPr="00D01AEA">
        <w:t>potpore</w:t>
      </w:r>
      <w:proofErr w:type="spellEnd"/>
      <w:r w:rsidRPr="00D01AEA">
        <w:t xml:space="preserve"> </w:t>
      </w:r>
      <w:proofErr w:type="spellStart"/>
      <w:r w:rsidRPr="00D01AEA">
        <w:t>i</w:t>
      </w:r>
      <w:proofErr w:type="spellEnd"/>
      <w:r w:rsidRPr="00D01AEA">
        <w:t xml:space="preserve"> </w:t>
      </w:r>
      <w:proofErr w:type="spellStart"/>
      <w:r w:rsidRPr="00D01AEA">
        <w:t>ispunjavanja</w:t>
      </w:r>
      <w:proofErr w:type="spellEnd"/>
      <w:r w:rsidRPr="00D01AEA">
        <w:t xml:space="preserve"> </w:t>
      </w:r>
      <w:proofErr w:type="spellStart"/>
      <w:r w:rsidRPr="00D01AEA">
        <w:t>ostalih</w:t>
      </w:r>
      <w:proofErr w:type="spellEnd"/>
      <w:r w:rsidRPr="00D01AEA">
        <w:t xml:space="preserve"> </w:t>
      </w:r>
      <w:proofErr w:type="spellStart"/>
      <w:r w:rsidRPr="00D01AEA">
        <w:t>uvjeta</w:t>
      </w:r>
      <w:proofErr w:type="spellEnd"/>
      <w:r w:rsidRPr="00D01AEA">
        <w:t xml:space="preserve"> </w:t>
      </w:r>
      <w:proofErr w:type="spellStart"/>
      <w:r w:rsidRPr="00D01AEA">
        <w:t>Javnog</w:t>
      </w:r>
      <w:proofErr w:type="spellEnd"/>
      <w:r w:rsidRPr="00D01AEA">
        <w:t xml:space="preserve"> </w:t>
      </w:r>
      <w:proofErr w:type="spellStart"/>
      <w:r w:rsidRPr="00D01AEA">
        <w:t>poziva</w:t>
      </w:r>
      <w:proofErr w:type="spellEnd"/>
      <w:r w:rsidRPr="00D01AEA">
        <w:t>;</w:t>
      </w:r>
    </w:p>
    <w:p w14:paraId="3D767719" w14:textId="77777777" w:rsidR="00D01AEA" w:rsidRDefault="00D01AEA" w:rsidP="00D01AEA">
      <w:pPr>
        <w:ind w:left="284"/>
      </w:pPr>
      <w:r>
        <w:t xml:space="preserve">• </w:t>
      </w:r>
      <w:r w:rsidRPr="00D01AEA">
        <w:t xml:space="preserve">da je </w:t>
      </w:r>
      <w:proofErr w:type="spellStart"/>
      <w:r w:rsidRPr="00D01AEA">
        <w:t>upoznat</w:t>
      </w:r>
      <w:proofErr w:type="spellEnd"/>
      <w:r w:rsidRPr="00D01AEA">
        <w:t xml:space="preserve">/a s </w:t>
      </w:r>
      <w:proofErr w:type="spellStart"/>
      <w:r w:rsidRPr="00D01AEA">
        <w:t>obvezom</w:t>
      </w:r>
      <w:proofErr w:type="spellEnd"/>
      <w:r w:rsidRPr="00D01AEA">
        <w:t xml:space="preserve"> </w:t>
      </w:r>
      <w:proofErr w:type="spellStart"/>
      <w:r w:rsidRPr="00D01AEA">
        <w:t>dostave</w:t>
      </w:r>
      <w:proofErr w:type="spellEnd"/>
      <w:r w:rsidRPr="00D01AEA">
        <w:t xml:space="preserve"> </w:t>
      </w:r>
      <w:proofErr w:type="spellStart"/>
      <w:r w:rsidRPr="00D01AEA">
        <w:t>bjanko</w:t>
      </w:r>
      <w:proofErr w:type="spellEnd"/>
      <w:r w:rsidRPr="00D01AEA">
        <w:t xml:space="preserve"> </w:t>
      </w:r>
      <w:proofErr w:type="spellStart"/>
      <w:r w:rsidRPr="00D01AEA">
        <w:t>zadužnice</w:t>
      </w:r>
      <w:proofErr w:type="spellEnd"/>
      <w:r w:rsidRPr="00D01AEA">
        <w:t xml:space="preserve"> </w:t>
      </w:r>
      <w:proofErr w:type="spellStart"/>
      <w:r w:rsidRPr="00D01AEA">
        <w:t>ovjerene</w:t>
      </w:r>
      <w:proofErr w:type="spellEnd"/>
      <w:r w:rsidRPr="00D01AEA">
        <w:t xml:space="preserve"> </w:t>
      </w:r>
      <w:proofErr w:type="spellStart"/>
      <w:r w:rsidRPr="00D01AEA">
        <w:t>kod</w:t>
      </w:r>
      <w:proofErr w:type="spellEnd"/>
      <w:r w:rsidRPr="00D01AEA">
        <w:t xml:space="preserve"> </w:t>
      </w:r>
      <w:proofErr w:type="spellStart"/>
      <w:r w:rsidRPr="00D01AEA">
        <w:t>javnog</w:t>
      </w:r>
      <w:proofErr w:type="spellEnd"/>
      <w:r w:rsidRPr="00D01AEA">
        <w:t xml:space="preserve"> </w:t>
      </w:r>
      <w:proofErr w:type="spellStart"/>
      <w:r w:rsidRPr="00D01AEA">
        <w:t>bilježnika</w:t>
      </w:r>
      <w:proofErr w:type="spellEnd"/>
      <w:r w:rsidRPr="00D01AEA">
        <w:t xml:space="preserve"> </w:t>
      </w:r>
      <w:proofErr w:type="spellStart"/>
      <w:r w:rsidRPr="00D01AEA">
        <w:t>prije</w:t>
      </w:r>
      <w:proofErr w:type="spellEnd"/>
      <w:r w:rsidRPr="00D01AEA">
        <w:t xml:space="preserve"> </w:t>
      </w:r>
      <w:proofErr w:type="spellStart"/>
      <w:r w:rsidRPr="00D01AEA">
        <w:t>isplate</w:t>
      </w:r>
      <w:proofErr w:type="spellEnd"/>
      <w:r w:rsidRPr="00D01AEA">
        <w:t xml:space="preserve"> </w:t>
      </w:r>
      <w:proofErr w:type="spellStart"/>
      <w:r w:rsidRPr="00D01AEA">
        <w:t>konačno</w:t>
      </w:r>
      <w:proofErr w:type="spellEnd"/>
      <w:r w:rsidRPr="00D01AEA">
        <w:t xml:space="preserve"> </w:t>
      </w:r>
      <w:proofErr w:type="spellStart"/>
      <w:r w:rsidRPr="00D01AEA">
        <w:t>utvrđenog</w:t>
      </w:r>
      <w:proofErr w:type="spellEnd"/>
      <w:r w:rsidRPr="00D01AEA">
        <w:t xml:space="preserve"> </w:t>
      </w:r>
      <w:proofErr w:type="spellStart"/>
      <w:r w:rsidRPr="00D01AEA">
        <w:t>iznosa</w:t>
      </w:r>
      <w:proofErr w:type="spellEnd"/>
      <w:r w:rsidRPr="00D01AEA">
        <w:t xml:space="preserve"> </w:t>
      </w:r>
      <w:proofErr w:type="spellStart"/>
      <w:r w:rsidRPr="00D01AEA">
        <w:t>potpore</w:t>
      </w:r>
      <w:proofErr w:type="spellEnd"/>
      <w:r w:rsidRPr="00D01AEA">
        <w:t xml:space="preserve">, </w:t>
      </w:r>
      <w:proofErr w:type="spellStart"/>
      <w:r w:rsidRPr="00D01AEA">
        <w:t>kao</w:t>
      </w:r>
      <w:proofErr w:type="spellEnd"/>
      <w:r w:rsidRPr="00D01AEA">
        <w:t xml:space="preserve"> </w:t>
      </w:r>
      <w:proofErr w:type="spellStart"/>
      <w:r w:rsidRPr="00D01AEA">
        <w:t>instrumenta</w:t>
      </w:r>
      <w:proofErr w:type="spellEnd"/>
      <w:r w:rsidRPr="00D01AEA">
        <w:t xml:space="preserve"> </w:t>
      </w:r>
      <w:proofErr w:type="spellStart"/>
      <w:r w:rsidRPr="00D01AEA">
        <w:t>osiguranja</w:t>
      </w:r>
      <w:proofErr w:type="spellEnd"/>
      <w:r w:rsidRPr="00D01AEA">
        <w:t xml:space="preserve"> </w:t>
      </w:r>
      <w:proofErr w:type="spellStart"/>
      <w:r w:rsidRPr="00D01AEA">
        <w:t>obveza</w:t>
      </w:r>
      <w:proofErr w:type="spellEnd"/>
      <w:r w:rsidRPr="00D01AEA">
        <w:t xml:space="preserve"> </w:t>
      </w:r>
      <w:proofErr w:type="spellStart"/>
      <w:r w:rsidRPr="00D01AEA">
        <w:t>tijekom</w:t>
      </w:r>
      <w:proofErr w:type="spellEnd"/>
      <w:r w:rsidRPr="00D01AEA">
        <w:t xml:space="preserve"> </w:t>
      </w:r>
      <w:proofErr w:type="spellStart"/>
      <w:r w:rsidRPr="00D01AEA">
        <w:t>petogodišnjeg</w:t>
      </w:r>
      <w:proofErr w:type="spellEnd"/>
      <w:r w:rsidRPr="00D01AEA">
        <w:t xml:space="preserve"> </w:t>
      </w:r>
      <w:proofErr w:type="spellStart"/>
      <w:r w:rsidRPr="00D01AEA">
        <w:t>razdoblja</w:t>
      </w:r>
      <w:proofErr w:type="spellEnd"/>
      <w:r w:rsidRPr="00D01AEA">
        <w:t xml:space="preserve"> </w:t>
      </w:r>
      <w:proofErr w:type="spellStart"/>
      <w:r w:rsidRPr="00D01AEA">
        <w:t>zadržavanja</w:t>
      </w:r>
      <w:proofErr w:type="spellEnd"/>
      <w:r w:rsidRPr="00D01AEA">
        <w:t xml:space="preserve"> </w:t>
      </w:r>
      <w:proofErr w:type="spellStart"/>
      <w:r w:rsidRPr="00D01AEA">
        <w:t>sufinanciranog</w:t>
      </w:r>
      <w:proofErr w:type="spellEnd"/>
      <w:r w:rsidRPr="00D01AEA">
        <w:t xml:space="preserve"> </w:t>
      </w:r>
      <w:proofErr w:type="spellStart"/>
      <w:r w:rsidRPr="00D01AEA">
        <w:t>smještajnog</w:t>
      </w:r>
      <w:proofErr w:type="spellEnd"/>
      <w:r w:rsidRPr="00D01AEA">
        <w:t xml:space="preserve"> </w:t>
      </w:r>
      <w:proofErr w:type="spellStart"/>
      <w:r w:rsidRPr="00D01AEA">
        <w:t>kapaciteta</w:t>
      </w:r>
      <w:proofErr w:type="spellEnd"/>
      <w:r w:rsidRPr="00D01AEA">
        <w:t xml:space="preserve"> </w:t>
      </w:r>
      <w:proofErr w:type="spellStart"/>
      <w:r w:rsidRPr="00D01AEA">
        <w:t>i</w:t>
      </w:r>
      <w:proofErr w:type="spellEnd"/>
      <w:r w:rsidRPr="00D01AEA">
        <w:t xml:space="preserve"> </w:t>
      </w:r>
      <w:proofErr w:type="spellStart"/>
      <w:r w:rsidRPr="00D01AEA">
        <w:t>turističke</w:t>
      </w:r>
      <w:proofErr w:type="spellEnd"/>
      <w:r w:rsidRPr="00D01AEA">
        <w:t xml:space="preserve"> </w:t>
      </w:r>
      <w:proofErr w:type="spellStart"/>
      <w:r w:rsidRPr="00D01AEA">
        <w:t>namjene</w:t>
      </w:r>
      <w:proofErr w:type="spellEnd"/>
      <w:r w:rsidRPr="00D01AEA">
        <w:t>;</w:t>
      </w:r>
    </w:p>
    <w:p w14:paraId="04C3DC9E" w14:textId="77777777" w:rsidR="00D01AEA" w:rsidRDefault="00D01AEA" w:rsidP="00D01AEA">
      <w:pPr>
        <w:ind w:left="283"/>
      </w:pPr>
      <w:r>
        <w:t>• da će, u slučaju isplate potpore, sufinancirani smještajni kapacitet, njegovu turističku namjenu, broj novih smještajnih jedinica/soba odnosno kreveta, vrstu objekta, kategoriju odnosno standard na temelju kojih mu je utvrđeno konačno pravo na potporu zadržati najmanje pet (5) godina od dana prihvaćanja završnog izvješća, sukladno uvjetima Javnog poziva i Ugovora o dodjeli bespovratne potpore.</w:t>
      </w:r>
    </w:p>
    <w:tbl>
      <w:tblPr>
        <w:tblStyle w:val="Reetkatablice"/>
        <w:tblW w:w="0" w:type="auto"/>
        <w:jc w:val="center"/>
        <w:tblLook w:val="04A0" w:firstRow="1" w:lastRow="0" w:firstColumn="1" w:lastColumn="0" w:noHBand="0" w:noVBand="1"/>
      </w:tblPr>
      <w:tblGrid>
        <w:gridCol w:w="5096"/>
        <w:gridCol w:w="5094"/>
      </w:tblGrid>
      <w:tr w:rsidR="00374583" w14:paraId="62D9DD2C" w14:textId="77777777" w:rsidTr="00FC0083">
        <w:trPr>
          <w:jc w:val="center"/>
        </w:trPr>
        <w:tc>
          <w:tcPr>
            <w:tcW w:w="5096" w:type="dxa"/>
            <w:shd w:val="clear" w:color="auto" w:fill="E7E6E6"/>
            <w:tcMar>
              <w:top w:w="80" w:type="dxa"/>
              <w:left w:w="100" w:type="dxa"/>
              <w:bottom w:w="80" w:type="dxa"/>
              <w:right w:w="100" w:type="dxa"/>
            </w:tcMar>
          </w:tcPr>
          <w:p w14:paraId="5807287D" w14:textId="77777777" w:rsidR="00374583" w:rsidRDefault="00000000">
            <w:proofErr w:type="spellStart"/>
            <w:r>
              <w:rPr>
                <w:b/>
                <w:sz w:val="18"/>
              </w:rPr>
              <w:t>Mjesto</w:t>
            </w:r>
            <w:proofErr w:type="spellEnd"/>
            <w:r>
              <w:rPr>
                <w:b/>
                <w:sz w:val="18"/>
              </w:rPr>
              <w:t xml:space="preserve"> </w:t>
            </w:r>
            <w:proofErr w:type="spellStart"/>
            <w:r>
              <w:rPr>
                <w:b/>
                <w:sz w:val="18"/>
              </w:rPr>
              <w:t>i</w:t>
            </w:r>
            <w:proofErr w:type="spellEnd"/>
            <w:r>
              <w:rPr>
                <w:b/>
                <w:sz w:val="18"/>
              </w:rPr>
              <w:t xml:space="preserve"> datum</w:t>
            </w:r>
          </w:p>
        </w:tc>
        <w:tc>
          <w:tcPr>
            <w:tcW w:w="5094" w:type="dxa"/>
            <w:tcMar>
              <w:top w:w="80" w:type="dxa"/>
              <w:left w:w="100" w:type="dxa"/>
              <w:bottom w:w="80" w:type="dxa"/>
              <w:right w:w="100" w:type="dxa"/>
            </w:tcMar>
          </w:tcPr>
          <w:p w14:paraId="25A916BB" w14:textId="77777777" w:rsidR="00374583" w:rsidRDefault="00374583"/>
        </w:tc>
      </w:tr>
      <w:tr w:rsidR="00374583" w14:paraId="7180BED8" w14:textId="77777777" w:rsidTr="00FC0083">
        <w:trPr>
          <w:jc w:val="center"/>
        </w:trPr>
        <w:tc>
          <w:tcPr>
            <w:tcW w:w="5096" w:type="dxa"/>
            <w:shd w:val="clear" w:color="auto" w:fill="E7E6E6"/>
            <w:tcMar>
              <w:top w:w="80" w:type="dxa"/>
              <w:left w:w="100" w:type="dxa"/>
              <w:bottom w:w="80" w:type="dxa"/>
              <w:right w:w="100" w:type="dxa"/>
            </w:tcMar>
          </w:tcPr>
          <w:p w14:paraId="5B06C7A3" w14:textId="77777777" w:rsidR="00374583" w:rsidRDefault="00000000">
            <w:r>
              <w:rPr>
                <w:b/>
                <w:sz w:val="18"/>
              </w:rPr>
              <w:t>Ime i prezime odgovorne osobe / prijavitelja</w:t>
            </w:r>
          </w:p>
        </w:tc>
        <w:tc>
          <w:tcPr>
            <w:tcW w:w="5094" w:type="dxa"/>
            <w:tcMar>
              <w:top w:w="80" w:type="dxa"/>
              <w:left w:w="100" w:type="dxa"/>
              <w:bottom w:w="80" w:type="dxa"/>
              <w:right w:w="100" w:type="dxa"/>
            </w:tcMar>
          </w:tcPr>
          <w:p w14:paraId="2E258C36" w14:textId="77777777" w:rsidR="00374583" w:rsidRDefault="00374583"/>
        </w:tc>
      </w:tr>
      <w:tr w:rsidR="00374583" w14:paraId="7E856F4A" w14:textId="77777777" w:rsidTr="00FC0083">
        <w:trPr>
          <w:jc w:val="center"/>
        </w:trPr>
        <w:tc>
          <w:tcPr>
            <w:tcW w:w="5096" w:type="dxa"/>
            <w:shd w:val="clear" w:color="auto" w:fill="E7E6E6"/>
            <w:tcMar>
              <w:top w:w="80" w:type="dxa"/>
              <w:left w:w="100" w:type="dxa"/>
              <w:bottom w:w="80" w:type="dxa"/>
              <w:right w:w="100" w:type="dxa"/>
            </w:tcMar>
          </w:tcPr>
          <w:p w14:paraId="73264C64" w14:textId="77777777" w:rsidR="00374583" w:rsidRDefault="00000000">
            <w:r>
              <w:rPr>
                <w:b/>
                <w:sz w:val="18"/>
              </w:rPr>
              <w:t>Potpis i M.P. (ako je primjenjivo)</w:t>
            </w:r>
          </w:p>
        </w:tc>
        <w:tc>
          <w:tcPr>
            <w:tcW w:w="5094" w:type="dxa"/>
            <w:tcMar>
              <w:top w:w="80" w:type="dxa"/>
              <w:left w:w="100" w:type="dxa"/>
              <w:bottom w:w="80" w:type="dxa"/>
              <w:right w:w="100" w:type="dxa"/>
            </w:tcMar>
          </w:tcPr>
          <w:p w14:paraId="1F4D9623" w14:textId="77777777" w:rsidR="00374583" w:rsidRDefault="00374583"/>
        </w:tc>
      </w:tr>
    </w:tbl>
    <w:p w14:paraId="600B5B06" w14:textId="77777777" w:rsidR="00F77F0E" w:rsidRDefault="00F77F0E" w:rsidP="00FC0083"/>
    <w:sectPr w:rsidR="00F77F0E" w:rsidSect="00A046F0">
      <w:headerReference w:type="default" r:id="rId8"/>
      <w:headerReference w:type="first" r:id="rId9"/>
      <w:pgSz w:w="12240" w:h="15840"/>
      <w:pgMar w:top="964" w:right="1020" w:bottom="964" w:left="10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0695A" w14:textId="77777777" w:rsidR="0050617C" w:rsidRDefault="0050617C" w:rsidP="00A046F0">
      <w:pPr>
        <w:spacing w:after="0" w:line="240" w:lineRule="auto"/>
      </w:pPr>
      <w:r>
        <w:separator/>
      </w:r>
    </w:p>
  </w:endnote>
  <w:endnote w:type="continuationSeparator" w:id="0">
    <w:p w14:paraId="63E983AC" w14:textId="77777777" w:rsidR="0050617C" w:rsidRDefault="0050617C" w:rsidP="00A046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AAC2D" w14:textId="77777777" w:rsidR="0050617C" w:rsidRDefault="0050617C" w:rsidP="00A046F0">
      <w:pPr>
        <w:spacing w:after="0" w:line="240" w:lineRule="auto"/>
      </w:pPr>
      <w:r>
        <w:separator/>
      </w:r>
    </w:p>
  </w:footnote>
  <w:footnote w:type="continuationSeparator" w:id="0">
    <w:p w14:paraId="564B3EB8" w14:textId="77777777" w:rsidR="0050617C" w:rsidRDefault="0050617C" w:rsidP="00A046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B66A7" w14:textId="77777777" w:rsidR="00A046F0" w:rsidRDefault="00A046F0" w:rsidP="00A046F0">
    <w:pPr>
      <w:pStyle w:val="Zaglavlj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2F5A6" w14:textId="77777777" w:rsidR="00A046F0" w:rsidRDefault="00A046F0" w:rsidP="00A046F0">
    <w:pPr>
      <w:pStyle w:val="Zaglavlje"/>
      <w:jc w:val="center"/>
    </w:pPr>
    <w:r w:rsidRPr="00AF4D97">
      <w:rPr>
        <w:noProof/>
      </w:rPr>
      <w:drawing>
        <wp:inline distT="0" distB="0" distL="0" distR="0" wp14:anchorId="5126C237" wp14:editId="56F5A620">
          <wp:extent cx="777240" cy="952500"/>
          <wp:effectExtent l="0" t="0" r="3810" b="0"/>
          <wp:docPr id="339715655" name="Slika 1" descr="Grb_Grada_Bjelovara_clean – Grad Bjelov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rb_Grada_Bjelovara_clean – Grad Bjelova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 cy="952500"/>
                  </a:xfrm>
                  <a:prstGeom prst="rect">
                    <a:avLst/>
                  </a:prstGeom>
                  <a:noFill/>
                  <a:ln>
                    <a:noFill/>
                  </a:ln>
                </pic:spPr>
              </pic:pic>
            </a:graphicData>
          </a:graphic>
        </wp:inline>
      </w:drawing>
    </w:r>
    <w:r w:rsidRPr="00606679">
      <w:rPr>
        <w:noProof/>
        <w:lang w:eastAsia="hr-HR"/>
      </w:rPr>
      <w:drawing>
        <wp:inline distT="0" distB="0" distL="0" distR="0" wp14:anchorId="28F2F3EA" wp14:editId="0B842D21">
          <wp:extent cx="1242060" cy="1043940"/>
          <wp:effectExtent l="0" t="0" r="0" b="3810"/>
          <wp:docPr id="1802047125" name="Slika 3" descr="C:\Users\Iva\AppData\Local\Temp\logo-p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9" descr="C:\Users\Iva\AppData\Local\Temp\logo-page-00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42060" cy="10439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abstractNum w:abstractNumId="9" w15:restartNumberingAfterBreak="0">
    <w:nsid w:val="1922758C"/>
    <w:multiLevelType w:val="hybridMultilevel"/>
    <w:tmpl w:val="99806BB8"/>
    <w:lvl w:ilvl="0" w:tplc="041A0001">
      <w:start w:val="1"/>
      <w:numFmt w:val="bullet"/>
      <w:lvlText w:val=""/>
      <w:lvlJc w:val="left"/>
      <w:pPr>
        <w:ind w:left="1003" w:hanging="360"/>
      </w:pPr>
      <w:rPr>
        <w:rFonts w:ascii="Symbol" w:hAnsi="Symbol" w:hint="default"/>
      </w:rPr>
    </w:lvl>
    <w:lvl w:ilvl="1" w:tplc="041A0003" w:tentative="1">
      <w:start w:val="1"/>
      <w:numFmt w:val="bullet"/>
      <w:lvlText w:val="o"/>
      <w:lvlJc w:val="left"/>
      <w:pPr>
        <w:ind w:left="1723" w:hanging="360"/>
      </w:pPr>
      <w:rPr>
        <w:rFonts w:ascii="Courier New" w:hAnsi="Courier New" w:cs="Courier New" w:hint="default"/>
      </w:rPr>
    </w:lvl>
    <w:lvl w:ilvl="2" w:tplc="041A0005" w:tentative="1">
      <w:start w:val="1"/>
      <w:numFmt w:val="bullet"/>
      <w:lvlText w:val=""/>
      <w:lvlJc w:val="left"/>
      <w:pPr>
        <w:ind w:left="2443" w:hanging="360"/>
      </w:pPr>
      <w:rPr>
        <w:rFonts w:ascii="Wingdings" w:hAnsi="Wingdings" w:hint="default"/>
      </w:rPr>
    </w:lvl>
    <w:lvl w:ilvl="3" w:tplc="041A0001" w:tentative="1">
      <w:start w:val="1"/>
      <w:numFmt w:val="bullet"/>
      <w:lvlText w:val=""/>
      <w:lvlJc w:val="left"/>
      <w:pPr>
        <w:ind w:left="3163" w:hanging="360"/>
      </w:pPr>
      <w:rPr>
        <w:rFonts w:ascii="Symbol" w:hAnsi="Symbol" w:hint="default"/>
      </w:rPr>
    </w:lvl>
    <w:lvl w:ilvl="4" w:tplc="041A0003" w:tentative="1">
      <w:start w:val="1"/>
      <w:numFmt w:val="bullet"/>
      <w:lvlText w:val="o"/>
      <w:lvlJc w:val="left"/>
      <w:pPr>
        <w:ind w:left="3883" w:hanging="360"/>
      </w:pPr>
      <w:rPr>
        <w:rFonts w:ascii="Courier New" w:hAnsi="Courier New" w:cs="Courier New" w:hint="default"/>
      </w:rPr>
    </w:lvl>
    <w:lvl w:ilvl="5" w:tplc="041A0005" w:tentative="1">
      <w:start w:val="1"/>
      <w:numFmt w:val="bullet"/>
      <w:lvlText w:val=""/>
      <w:lvlJc w:val="left"/>
      <w:pPr>
        <w:ind w:left="4603" w:hanging="360"/>
      </w:pPr>
      <w:rPr>
        <w:rFonts w:ascii="Wingdings" w:hAnsi="Wingdings" w:hint="default"/>
      </w:rPr>
    </w:lvl>
    <w:lvl w:ilvl="6" w:tplc="041A0001" w:tentative="1">
      <w:start w:val="1"/>
      <w:numFmt w:val="bullet"/>
      <w:lvlText w:val=""/>
      <w:lvlJc w:val="left"/>
      <w:pPr>
        <w:ind w:left="5323" w:hanging="360"/>
      </w:pPr>
      <w:rPr>
        <w:rFonts w:ascii="Symbol" w:hAnsi="Symbol" w:hint="default"/>
      </w:rPr>
    </w:lvl>
    <w:lvl w:ilvl="7" w:tplc="041A0003" w:tentative="1">
      <w:start w:val="1"/>
      <w:numFmt w:val="bullet"/>
      <w:lvlText w:val="o"/>
      <w:lvlJc w:val="left"/>
      <w:pPr>
        <w:ind w:left="6043" w:hanging="360"/>
      </w:pPr>
      <w:rPr>
        <w:rFonts w:ascii="Courier New" w:hAnsi="Courier New" w:cs="Courier New" w:hint="default"/>
      </w:rPr>
    </w:lvl>
    <w:lvl w:ilvl="8" w:tplc="041A0005" w:tentative="1">
      <w:start w:val="1"/>
      <w:numFmt w:val="bullet"/>
      <w:lvlText w:val=""/>
      <w:lvlJc w:val="left"/>
      <w:pPr>
        <w:ind w:left="6763" w:hanging="360"/>
      </w:pPr>
      <w:rPr>
        <w:rFonts w:ascii="Wingdings" w:hAnsi="Wingdings" w:hint="default"/>
      </w:rPr>
    </w:lvl>
  </w:abstractNum>
  <w:num w:numId="1" w16cid:durableId="31730121">
    <w:abstractNumId w:val="8"/>
  </w:num>
  <w:num w:numId="2" w16cid:durableId="1425148920">
    <w:abstractNumId w:val="6"/>
  </w:num>
  <w:num w:numId="3" w16cid:durableId="847983346">
    <w:abstractNumId w:val="5"/>
  </w:num>
  <w:num w:numId="4" w16cid:durableId="206912965">
    <w:abstractNumId w:val="4"/>
  </w:num>
  <w:num w:numId="5" w16cid:durableId="863446178">
    <w:abstractNumId w:val="7"/>
  </w:num>
  <w:num w:numId="6" w16cid:durableId="1252204520">
    <w:abstractNumId w:val="3"/>
  </w:num>
  <w:num w:numId="7" w16cid:durableId="19207986">
    <w:abstractNumId w:val="2"/>
  </w:num>
  <w:num w:numId="8" w16cid:durableId="415706732">
    <w:abstractNumId w:val="1"/>
  </w:num>
  <w:num w:numId="9" w16cid:durableId="1573075839">
    <w:abstractNumId w:val="0"/>
  </w:num>
  <w:num w:numId="10" w16cid:durableId="16557212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45F5B"/>
    <w:rsid w:val="00270B66"/>
    <w:rsid w:val="0029639D"/>
    <w:rsid w:val="00326F90"/>
    <w:rsid w:val="003524EC"/>
    <w:rsid w:val="00374583"/>
    <w:rsid w:val="0050617C"/>
    <w:rsid w:val="0086701B"/>
    <w:rsid w:val="008A0549"/>
    <w:rsid w:val="009F3A08"/>
    <w:rsid w:val="00A046F0"/>
    <w:rsid w:val="00AA1D8D"/>
    <w:rsid w:val="00AE593F"/>
    <w:rsid w:val="00B47730"/>
    <w:rsid w:val="00CB0664"/>
    <w:rsid w:val="00D01AEA"/>
    <w:rsid w:val="00E04A83"/>
    <w:rsid w:val="00EC6F97"/>
    <w:rsid w:val="00F213E2"/>
    <w:rsid w:val="00F77F0E"/>
    <w:rsid w:val="00FC0083"/>
    <w:rsid w:val="00FC55B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FFD624"/>
  <w14:defaultImageDpi w14:val="300"/>
  <w15:docId w15:val="{400F1FF2-CCF2-4FCF-815A-327EE7BF5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0"/>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1011</Words>
  <Characters>5768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turističkazajednica bilogorabjelovar</cp:lastModifiedBy>
  <cp:revision>2</cp:revision>
  <dcterms:created xsi:type="dcterms:W3CDTF">2026-09-16T06:08:00Z</dcterms:created>
  <dcterms:modified xsi:type="dcterms:W3CDTF">2026-09-16T06:08:00Z</dcterms:modified>
  <cp:category/>
</cp:coreProperties>
</file>