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EB4D3" w14:textId="77777777" w:rsidR="004C2A7D" w:rsidRPr="004E0E4B" w:rsidRDefault="00000000" w:rsidP="004E0E4B">
      <w:pPr>
        <w:rPr>
          <w:sz w:val="28"/>
          <w:szCs w:val="28"/>
        </w:rPr>
      </w:pPr>
      <w:r w:rsidRPr="004E0E4B">
        <w:rPr>
          <w:b/>
          <w:sz w:val="28"/>
          <w:szCs w:val="28"/>
        </w:rPr>
        <w:t>OBRAZAC 2.</w:t>
      </w:r>
    </w:p>
    <w:p w14:paraId="742BACD6" w14:textId="77777777" w:rsidR="004C2A7D" w:rsidRDefault="00000000">
      <w:pPr>
        <w:jc w:val="center"/>
      </w:pPr>
      <w:proofErr w:type="gramStart"/>
      <w:r>
        <w:rPr>
          <w:b/>
          <w:sz w:val="30"/>
        </w:rPr>
        <w:t>OPIS PROJEKTA</w:t>
      </w:r>
      <w:proofErr w:type="gramEnd"/>
      <w:r>
        <w:rPr>
          <w:b/>
          <w:sz w:val="30"/>
        </w:rPr>
        <w:t xml:space="preserve"> I PLAN RAZVOJA SMJEŠTAJNIH KAPACITETA</w:t>
      </w:r>
    </w:p>
    <w:p w14:paraId="4A9271B2" w14:textId="77777777" w:rsidR="004C2A7D" w:rsidRDefault="00000000">
      <w:pPr>
        <w:jc w:val="center"/>
      </w:pPr>
      <w:r>
        <w:rPr>
          <w:b/>
          <w:sz w:val="21"/>
        </w:rPr>
        <w:t>Javni poziv za dodjelu bespovratnih potpora za razvoj turističkih smještajnih kapaciteta</w:t>
      </w:r>
      <w:r>
        <w:rPr>
          <w:b/>
          <w:sz w:val="21"/>
        </w:rPr>
        <w:br/>
        <w:t>na području Turističke zajednice Bilogora – Bjelovar</w:t>
      </w:r>
    </w:p>
    <w:p w14:paraId="6F209F7D" w14:textId="77777777" w:rsidR="004C2A7D" w:rsidRDefault="00000000">
      <w:pPr>
        <w:pStyle w:val="Naslov1"/>
      </w:pPr>
      <w:r>
        <w:t>1. OSNOVNI PODACI O PROJEKTU</w:t>
      </w: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669"/>
      </w:tblGrid>
      <w:tr w:rsidR="004C2A7D" w14:paraId="2417C54E" w14:textId="77777777">
        <w:trPr>
          <w:jc w:val="center"/>
        </w:trPr>
        <w:tc>
          <w:tcPr>
            <w:tcW w:w="3969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9378D8" w14:textId="77777777" w:rsidR="004C2A7D" w:rsidRDefault="00000000">
            <w:r>
              <w:rPr>
                <w:b/>
                <w:sz w:val="19"/>
              </w:rPr>
              <w:t>Naziv prijavitelja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8FC8D1" w14:textId="77777777" w:rsidR="004C2A7D" w:rsidRDefault="004C2A7D"/>
        </w:tc>
      </w:tr>
      <w:tr w:rsidR="004C2A7D" w14:paraId="6619074B" w14:textId="77777777">
        <w:trPr>
          <w:jc w:val="center"/>
        </w:trPr>
        <w:tc>
          <w:tcPr>
            <w:tcW w:w="3969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F910D6" w14:textId="77777777" w:rsidR="004C2A7D" w:rsidRDefault="00000000">
            <w:r>
              <w:rPr>
                <w:b/>
                <w:sz w:val="19"/>
              </w:rPr>
              <w:t>Naziv projekta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07B0DD" w14:textId="77777777" w:rsidR="004C2A7D" w:rsidRDefault="004C2A7D"/>
        </w:tc>
      </w:tr>
      <w:tr w:rsidR="004C2A7D" w14:paraId="66AB8277" w14:textId="77777777">
        <w:trPr>
          <w:jc w:val="center"/>
        </w:trPr>
        <w:tc>
          <w:tcPr>
            <w:tcW w:w="3969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39AF92" w14:textId="77777777" w:rsidR="004C2A7D" w:rsidRDefault="00000000">
            <w:r>
              <w:rPr>
                <w:b/>
                <w:sz w:val="19"/>
              </w:rPr>
              <w:t>Adresa provedbe projekta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116062" w14:textId="77777777" w:rsidR="004C2A7D" w:rsidRDefault="004C2A7D"/>
        </w:tc>
      </w:tr>
      <w:tr w:rsidR="004C2A7D" w14:paraId="439A3688" w14:textId="77777777">
        <w:trPr>
          <w:jc w:val="center"/>
        </w:trPr>
        <w:tc>
          <w:tcPr>
            <w:tcW w:w="3969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B8FA87" w14:textId="77777777" w:rsidR="004C2A7D" w:rsidRDefault="00000000">
            <w:r>
              <w:rPr>
                <w:b/>
                <w:sz w:val="19"/>
              </w:rPr>
              <w:t>Kategorija projekta iz točke 7. Javnog poziva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6FEB14" w14:textId="77777777" w:rsidR="004C2A7D" w:rsidRDefault="004C2A7D"/>
        </w:tc>
      </w:tr>
      <w:tr w:rsidR="004C2A7D" w14:paraId="6103D7DE" w14:textId="77777777">
        <w:trPr>
          <w:jc w:val="center"/>
        </w:trPr>
        <w:tc>
          <w:tcPr>
            <w:tcW w:w="3969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2AD833" w14:textId="77777777" w:rsidR="004C2A7D" w:rsidRDefault="00000000">
            <w:r>
              <w:rPr>
                <w:b/>
                <w:sz w:val="19"/>
              </w:rPr>
              <w:t>Planirana vrsta smještajnog objekta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B4D95F" w14:textId="77777777" w:rsidR="004C2A7D" w:rsidRDefault="004C2A7D"/>
        </w:tc>
      </w:tr>
      <w:tr w:rsidR="004C2A7D" w14:paraId="24CBAFB7" w14:textId="77777777">
        <w:trPr>
          <w:jc w:val="center"/>
        </w:trPr>
        <w:tc>
          <w:tcPr>
            <w:tcW w:w="3969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7D4EFD" w14:textId="77777777" w:rsidR="00EC46CD" w:rsidRDefault="00000000">
            <w:r>
              <w:t>Planirana kategorija / standard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4C3CF7" w14:textId="77777777" w:rsidR="004C2A7D" w:rsidRDefault="004C2A7D"/>
        </w:tc>
      </w:tr>
    </w:tbl>
    <w:p w14:paraId="3520CD1B" w14:textId="77777777" w:rsidR="0027236B" w:rsidRDefault="00000000">
      <w:pPr>
        <w:pStyle w:val="Naslov1"/>
      </w:pPr>
      <w:r>
        <w:rPr>
          <w:b w:val="0"/>
          <w:i/>
        </w:rPr>
        <w:t>Napomena: Kategorija projekta upisuje se prema točki 7. Javnog poziva: Kategorija I. – Pansion, Kategorija II. – Turističko naselje ili Kategorija III. – Ostali smještajni objekti.</w:t>
      </w:r>
    </w:p>
    <w:p w14:paraId="4669658A" w14:textId="77777777" w:rsidR="004C2A7D" w:rsidRDefault="00000000">
      <w:pPr>
        <w:pStyle w:val="Naslov1"/>
      </w:pPr>
      <w:r>
        <w:t>2. POSTOJEĆE STANJE / LOKACIJA PROJEKTA</w:t>
      </w:r>
    </w:p>
    <w:p w14:paraId="54694C14" w14:textId="77777777" w:rsidR="004C2A7D" w:rsidRDefault="00000000">
      <w:r>
        <w:t>Za projekt na postojećoj građevini/prostoru opisati sadašnju namjenu, stanje, način korištenja i osnovna obilježja. Kod novogradnje opisati lokaciju, postojeće stanje zemljišta i osnovna obilježja planiranog zahvata.</w:t>
      </w:r>
    </w:p>
    <w:p w14:paraId="66987926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026C9780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1AFCC42C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6DFE8814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58B74BAB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0ADEC840" w14:textId="77777777" w:rsidR="004C2A7D" w:rsidRDefault="00000000">
      <w:r>
        <w:t>Trenutačna namjena građevine/prostora odnosno stanje lokacije:</w:t>
      </w:r>
    </w:p>
    <w:p w14:paraId="1FB4ECA9" w14:textId="77777777" w:rsidR="004C2A7D" w:rsidRDefault="00000000">
      <w:r>
        <w:t>☐ stambena     ☐ poslovna     ☐ ugostiteljska/turistička     ☐ trenutno se ne koristi     ☐ neizgrađena lokacija     ☐ drugo: __________________</w:t>
      </w:r>
    </w:p>
    <w:p w14:paraId="7AE7C5B7" w14:textId="77777777" w:rsidR="004C2A7D" w:rsidRDefault="00000000">
      <w:r>
        <w:t>Građevina/prostor/lokacija je:</w:t>
      </w:r>
    </w:p>
    <w:p w14:paraId="2898F1C5" w14:textId="77777777" w:rsidR="004C2A7D" w:rsidRDefault="00000000">
      <w:r>
        <w:t>☐ u cijelosti u uporabi     ☐ djelomično u uporabi     ☐ pretežito neiskorišten     ☐ u cijelosti neiskorišten     ☐ novogradnja</w:t>
      </w:r>
    </w:p>
    <w:p w14:paraId="0E7FE8D0" w14:textId="77777777" w:rsidR="004C2A7D" w:rsidRDefault="00000000">
      <w:r>
        <w:t>Postoji li trenutno registriran smještajni kapacitet na lokaciji projekta?   ☐ NE   ☐ DA</w:t>
      </w:r>
    </w:p>
    <w:p w14:paraId="5C1329A9" w14:textId="77777777" w:rsidR="00E80BF0" w:rsidRDefault="00E80BF0"/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669"/>
      </w:tblGrid>
      <w:tr w:rsidR="004C2A7D" w14:paraId="31B9C5E5" w14:textId="77777777">
        <w:trPr>
          <w:jc w:val="center"/>
        </w:trPr>
        <w:tc>
          <w:tcPr>
            <w:tcW w:w="3969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3217C7" w14:textId="77777777" w:rsidR="004C2A7D" w:rsidRDefault="00000000">
            <w:r>
              <w:rPr>
                <w:b/>
                <w:sz w:val="19"/>
              </w:rPr>
              <w:lastRenderedPageBreak/>
              <w:t>Ako DA – vrsta objekta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C70FE6" w14:textId="77777777" w:rsidR="004C2A7D" w:rsidRDefault="004C2A7D"/>
        </w:tc>
      </w:tr>
      <w:tr w:rsidR="004C2A7D" w14:paraId="4D723DA1" w14:textId="77777777">
        <w:trPr>
          <w:jc w:val="center"/>
        </w:trPr>
        <w:tc>
          <w:tcPr>
            <w:tcW w:w="3969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E9A5C7" w14:textId="77777777" w:rsidR="004C2A7D" w:rsidRDefault="00000000">
            <w:r>
              <w:rPr>
                <w:b/>
                <w:sz w:val="19"/>
              </w:rPr>
              <w:t>Postojeća kategorija / standard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8996FD" w14:textId="77777777" w:rsidR="004C2A7D" w:rsidRDefault="004C2A7D"/>
        </w:tc>
      </w:tr>
      <w:tr w:rsidR="004C2A7D" w14:paraId="18A14933" w14:textId="77777777">
        <w:trPr>
          <w:jc w:val="center"/>
        </w:trPr>
        <w:tc>
          <w:tcPr>
            <w:tcW w:w="3969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B31B89" w14:textId="77777777" w:rsidR="004C2A7D" w:rsidRDefault="00000000">
            <w:r>
              <w:rPr>
                <w:b/>
                <w:sz w:val="19"/>
              </w:rPr>
              <w:t>Broj smještajnih jedinica / soba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342CA4" w14:textId="77777777" w:rsidR="004C2A7D" w:rsidRDefault="004C2A7D"/>
        </w:tc>
      </w:tr>
      <w:tr w:rsidR="004C2A7D" w14:paraId="48B22B93" w14:textId="77777777">
        <w:trPr>
          <w:jc w:val="center"/>
        </w:trPr>
        <w:tc>
          <w:tcPr>
            <w:tcW w:w="3969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81F726" w14:textId="77777777" w:rsidR="004C2A7D" w:rsidRDefault="00000000">
            <w:r>
              <w:rPr>
                <w:b/>
                <w:sz w:val="19"/>
              </w:rPr>
              <w:t>Broj kreveta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F373E6" w14:textId="77777777" w:rsidR="004C2A7D" w:rsidRDefault="004C2A7D"/>
        </w:tc>
      </w:tr>
    </w:tbl>
    <w:p w14:paraId="763E8B41" w14:textId="77777777" w:rsidR="004C2A7D" w:rsidRDefault="00000000">
      <w:pPr>
        <w:pStyle w:val="Naslov1"/>
      </w:pPr>
      <w:r>
        <w:t>3. OPIS PLANIRANOG ULAGANJA</w:t>
      </w:r>
    </w:p>
    <w:p w14:paraId="5871292F" w14:textId="77777777" w:rsidR="004C2A7D" w:rsidRDefault="00000000">
      <w:r>
        <w:t>Detaljno opisati zahvate koji će se provesti u okviru projekta te na koji će način projektom nastati novi odnosno povećani turistički smještajni kapaciteti.</w:t>
      </w:r>
    </w:p>
    <w:p w14:paraId="0845D18F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79851A7C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02560874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398EF1EE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3BE3FC3F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3450E3FD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1E47385B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2D49AD90" w14:textId="77777777" w:rsidR="004C2A7D" w:rsidRDefault="00000000">
      <w:r>
        <w:t>Planirani zahvati obuhvaćaju:</w:t>
      </w:r>
    </w:p>
    <w:p w14:paraId="7E94311E" w14:textId="77777777" w:rsidR="004C2A7D" w:rsidRDefault="00000000">
      <w:r>
        <w:t>☐ izgradnju nove građevine   ☐ revitalizaciju   ☐ rekonstrukciju   ☐ adaptaciju   ☐ dogradnju   ☐ prenamjenu</w:t>
      </w:r>
    </w:p>
    <w:p w14:paraId="162D5ADD" w14:textId="77777777" w:rsidR="004C2A7D" w:rsidRDefault="00000000">
      <w:r>
        <w:t>☐ uređenje   ☐ opremanje novih smještajnih jedinica   ☐ uređenje/opremanje zajedničkih prostora</w:t>
      </w:r>
    </w:p>
    <w:p w14:paraId="650399A3" w14:textId="77777777" w:rsidR="004C2A7D" w:rsidRDefault="00000000">
      <w:r>
        <w:t>☐ drugo: __________________________________________________________________________</w:t>
      </w:r>
    </w:p>
    <w:p w14:paraId="5629FBBF" w14:textId="77777777" w:rsidR="004C2A7D" w:rsidRDefault="00000000">
      <w:pPr>
        <w:pStyle w:val="Naslov1"/>
      </w:pPr>
      <w:r>
        <w:t>4. PLAN RAZVOJA SMJEŠTAJNIH KAPACITETA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548"/>
        <w:gridCol w:w="2548"/>
        <w:gridCol w:w="2547"/>
      </w:tblGrid>
      <w:tr w:rsidR="004C2A7D" w14:paraId="20338364" w14:textId="77777777">
        <w:trPr>
          <w:jc w:val="center"/>
        </w:trPr>
        <w:tc>
          <w:tcPr>
            <w:tcW w:w="2550" w:type="dxa"/>
            <w:shd w:val="clear" w:color="auto" w:fill="E7E6E6"/>
          </w:tcPr>
          <w:p w14:paraId="23ABC00E" w14:textId="77777777" w:rsidR="004C2A7D" w:rsidRDefault="00000000">
            <w:r>
              <w:rPr>
                <w:b/>
              </w:rPr>
              <w:t>Smještajni kapacitet</w:t>
            </w:r>
          </w:p>
        </w:tc>
        <w:tc>
          <w:tcPr>
            <w:tcW w:w="2550" w:type="dxa"/>
            <w:shd w:val="clear" w:color="auto" w:fill="E7E6E6"/>
          </w:tcPr>
          <w:p w14:paraId="0EF3A19F" w14:textId="77777777" w:rsidR="004C2A7D" w:rsidRDefault="00000000">
            <w:r>
              <w:rPr>
                <w:b/>
              </w:rPr>
              <w:t>Postojeće stanje</w:t>
            </w:r>
          </w:p>
        </w:tc>
        <w:tc>
          <w:tcPr>
            <w:tcW w:w="2550" w:type="dxa"/>
            <w:shd w:val="clear" w:color="auto" w:fill="E7E6E6"/>
          </w:tcPr>
          <w:p w14:paraId="338BFDA5" w14:textId="77777777" w:rsidR="004C2A7D" w:rsidRDefault="00000000">
            <w:r>
              <w:rPr>
                <w:b/>
              </w:rPr>
              <w:t>Novo nastaje projektom</w:t>
            </w:r>
          </w:p>
        </w:tc>
        <w:tc>
          <w:tcPr>
            <w:tcW w:w="2550" w:type="dxa"/>
            <w:shd w:val="clear" w:color="auto" w:fill="E7E6E6"/>
          </w:tcPr>
          <w:p w14:paraId="1C8E7537" w14:textId="77777777" w:rsidR="004C2A7D" w:rsidRDefault="00000000">
            <w:r>
              <w:rPr>
                <w:b/>
              </w:rPr>
              <w:t>Ukupno nakon projekta</w:t>
            </w:r>
          </w:p>
        </w:tc>
      </w:tr>
      <w:tr w:rsidR="004C2A7D" w14:paraId="4E1E5211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4466F2" w14:textId="77777777" w:rsidR="004C2A7D" w:rsidRDefault="00000000">
            <w:r>
              <w:t>Sobe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2E4707" w14:textId="77777777" w:rsidR="004C2A7D" w:rsidRDefault="004C2A7D"/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67ADC9" w14:textId="77777777" w:rsidR="004C2A7D" w:rsidRDefault="004C2A7D"/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82D47A" w14:textId="77777777" w:rsidR="004C2A7D" w:rsidRDefault="004C2A7D"/>
        </w:tc>
      </w:tr>
      <w:tr w:rsidR="004C2A7D" w14:paraId="6CDF6381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3F38DA" w14:textId="77777777" w:rsidR="004C2A7D" w:rsidRDefault="00000000">
            <w:r>
              <w:t>Apartmani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750BDE" w14:textId="77777777" w:rsidR="004C2A7D" w:rsidRDefault="004C2A7D"/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55031D" w14:textId="77777777" w:rsidR="004C2A7D" w:rsidRDefault="004C2A7D"/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65439A" w14:textId="77777777" w:rsidR="004C2A7D" w:rsidRDefault="004C2A7D"/>
        </w:tc>
      </w:tr>
      <w:tr w:rsidR="004C2A7D" w14:paraId="5BF77DBB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F92FAB" w14:textId="77777777" w:rsidR="004C2A7D" w:rsidRDefault="00000000">
            <w:r>
              <w:t>Studio apartmani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A68ADE" w14:textId="77777777" w:rsidR="004C2A7D" w:rsidRDefault="004C2A7D"/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2A0EA9" w14:textId="77777777" w:rsidR="004C2A7D" w:rsidRDefault="004C2A7D"/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814316" w14:textId="77777777" w:rsidR="004C2A7D" w:rsidRDefault="004C2A7D"/>
        </w:tc>
      </w:tr>
      <w:tr w:rsidR="004C2A7D" w14:paraId="13B81514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9F4780" w14:textId="77777777" w:rsidR="00EC46CD" w:rsidRDefault="00000000">
            <w:r>
              <w:t>Druge smještajne jedinice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86C7CD" w14:textId="77777777" w:rsidR="004C2A7D" w:rsidRDefault="004C2A7D"/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ABD633" w14:textId="77777777" w:rsidR="004C2A7D" w:rsidRDefault="004C2A7D"/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450406" w14:textId="77777777" w:rsidR="004C2A7D" w:rsidRDefault="004C2A7D"/>
        </w:tc>
      </w:tr>
      <w:tr w:rsidR="004C2A7D" w14:paraId="2B661F8F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0D61E8" w14:textId="77777777" w:rsidR="00EC46CD" w:rsidRDefault="00000000">
            <w:r>
              <w:t>Ostale jedinice / objekti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71B940" w14:textId="77777777" w:rsidR="004C2A7D" w:rsidRDefault="004C2A7D"/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DCC064" w14:textId="77777777" w:rsidR="004C2A7D" w:rsidRDefault="004C2A7D"/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CD84A3" w14:textId="77777777" w:rsidR="004C2A7D" w:rsidRDefault="004C2A7D"/>
        </w:tc>
      </w:tr>
      <w:tr w:rsidR="004C2A7D" w14:paraId="0548FE4E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D56939" w14:textId="77777777" w:rsidR="004C2A7D" w:rsidRDefault="00000000">
            <w:r>
              <w:rPr>
                <w:b/>
              </w:rPr>
              <w:t>UKUPNO smještajnih jedinica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3272FF" w14:textId="77777777" w:rsidR="004C2A7D" w:rsidRDefault="004C2A7D"/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725876" w14:textId="77777777" w:rsidR="004C2A7D" w:rsidRDefault="004C2A7D"/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B866B4" w14:textId="77777777" w:rsidR="004C2A7D" w:rsidRDefault="004C2A7D"/>
        </w:tc>
      </w:tr>
      <w:tr w:rsidR="004C2A7D" w14:paraId="13533454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50B3ED" w14:textId="77777777" w:rsidR="004C2A7D" w:rsidRDefault="00000000">
            <w:r>
              <w:rPr>
                <w:b/>
              </w:rPr>
              <w:t>UKUPNO kreveta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1370C7" w14:textId="77777777" w:rsidR="004C2A7D" w:rsidRDefault="004C2A7D"/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DA486D" w14:textId="77777777" w:rsidR="004C2A7D" w:rsidRDefault="004C2A7D"/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19580A" w14:textId="77777777" w:rsidR="004C2A7D" w:rsidRDefault="004C2A7D"/>
        </w:tc>
      </w:tr>
    </w:tbl>
    <w:p w14:paraId="7A0B32EF" w14:textId="77777777" w:rsidR="004C2A7D" w:rsidRDefault="004C2A7D"/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669"/>
      </w:tblGrid>
      <w:tr w:rsidR="004C2A7D" w14:paraId="1E5A3EF2" w14:textId="77777777">
        <w:trPr>
          <w:jc w:val="center"/>
        </w:trPr>
        <w:tc>
          <w:tcPr>
            <w:tcW w:w="3969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ADF26A" w14:textId="77777777" w:rsidR="004C2A7D" w:rsidRDefault="00000000">
            <w:r>
              <w:rPr>
                <w:b/>
                <w:sz w:val="19"/>
              </w:rPr>
              <w:t>Broj novih smještajnih jedinica/soba na temelju kojeg se traži potpora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397C17" w14:textId="77777777" w:rsidR="004C2A7D" w:rsidRDefault="004C2A7D"/>
        </w:tc>
      </w:tr>
      <w:tr w:rsidR="004C2A7D" w14:paraId="3498703F" w14:textId="77777777">
        <w:trPr>
          <w:jc w:val="center"/>
        </w:trPr>
        <w:tc>
          <w:tcPr>
            <w:tcW w:w="3969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2D936C" w14:textId="77777777" w:rsidR="004C2A7D" w:rsidRDefault="00000000">
            <w:r>
              <w:rPr>
                <w:b/>
                <w:sz w:val="19"/>
              </w:rPr>
              <w:t>Broj novih kreveta koji nastaju projektom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7D50FA" w14:textId="77777777" w:rsidR="004C2A7D" w:rsidRDefault="004C2A7D"/>
        </w:tc>
      </w:tr>
    </w:tbl>
    <w:p w14:paraId="5716EA3E" w14:textId="77777777" w:rsidR="004C2A7D" w:rsidRDefault="004C2A7D"/>
    <w:p w14:paraId="25251FB2" w14:textId="77777777" w:rsidR="004C2A7D" w:rsidRDefault="00000000">
      <w:pPr>
        <w:pStyle w:val="Naslov1"/>
      </w:pPr>
      <w:r>
        <w:lastRenderedPageBreak/>
        <w:t>5. PLANIRANA VRSTA, KATEGORIJA I STANDARD OBJEKTA</w:t>
      </w: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669"/>
      </w:tblGrid>
      <w:tr w:rsidR="004C2A7D" w14:paraId="6AFEC15E" w14:textId="77777777">
        <w:trPr>
          <w:jc w:val="center"/>
        </w:trPr>
        <w:tc>
          <w:tcPr>
            <w:tcW w:w="3969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3DBAF8" w14:textId="77777777" w:rsidR="004C2A7D" w:rsidRDefault="00000000">
            <w:r>
              <w:rPr>
                <w:b/>
                <w:sz w:val="19"/>
              </w:rPr>
              <w:t>Planirana vrsta objekta nakon završetka projekta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3A84A1" w14:textId="77777777" w:rsidR="004C2A7D" w:rsidRDefault="004C2A7D"/>
        </w:tc>
      </w:tr>
      <w:tr w:rsidR="004C2A7D" w14:paraId="3BBF4953" w14:textId="77777777">
        <w:trPr>
          <w:jc w:val="center"/>
        </w:trPr>
        <w:tc>
          <w:tcPr>
            <w:tcW w:w="3969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4D2BC8" w14:textId="77777777" w:rsidR="004C2A7D" w:rsidRDefault="00000000">
            <w:r>
              <w:rPr>
                <w:b/>
                <w:sz w:val="19"/>
              </w:rPr>
              <w:t>Planirana kategorija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958295" w14:textId="77777777" w:rsidR="00EC46CD" w:rsidRDefault="00000000">
            <w:r>
              <w:t>☐ 2★     ☐ 3★     ☐ 4★     ☐ 5★     ☐ nije primjenjivo</w:t>
            </w:r>
          </w:p>
        </w:tc>
      </w:tr>
      <w:tr w:rsidR="004C2A7D" w14:paraId="169FE084" w14:textId="77777777">
        <w:trPr>
          <w:jc w:val="center"/>
        </w:trPr>
        <w:tc>
          <w:tcPr>
            <w:tcW w:w="3969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6CBBA9" w14:textId="77777777" w:rsidR="00EC46CD" w:rsidRDefault="00000000">
            <w:r>
              <w:t>Planirani standard / kategorija Pansiona, kada je primjenjivo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681950" w14:textId="77777777" w:rsidR="00EC46CD" w:rsidRDefault="00000000">
            <w:r>
              <w:t>☐ STANDARD     ☐ KOMFOR     ☐ nije primjenjivo</w:t>
            </w:r>
          </w:p>
        </w:tc>
      </w:tr>
    </w:tbl>
    <w:p w14:paraId="0E74E240" w14:textId="77777777" w:rsidR="004C2A7D" w:rsidRDefault="004C2A7D"/>
    <w:p w14:paraId="351870DD" w14:textId="77777777" w:rsidR="004C2A7D" w:rsidRDefault="00000000">
      <w:r>
        <w:t>Opisati na koji će način projektom biti ostvareni uvjeti planirane vrste, kategorije odnosno standarda:</w:t>
      </w:r>
    </w:p>
    <w:p w14:paraId="05AEB04C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19ADF734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41F14415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5FCDAA53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700C240A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1CCF976F" w14:textId="77777777" w:rsidR="004C2A7D" w:rsidRDefault="00000000">
      <w:pPr>
        <w:pStyle w:val="Naslov1"/>
      </w:pPr>
      <w:r>
        <w:t>6. KVALITETA I FUNKCIONALNOST BUDUĆEG SMJEŠTAJNOG OBJEKTA</w:t>
      </w:r>
    </w:p>
    <w:p w14:paraId="62F14448" w14:textId="77777777" w:rsidR="004C2A7D" w:rsidRDefault="00000000">
      <w:r>
        <w:t>Opisati planiranu kvalitetu i funkcionalnost novih smještajnih kapaciteta, osobito strukturu i funkcionalnost smještajnih jedinica, sanitarne prostore, zajedničke i prateće prostore, recepciju i prijem gostiju kada je primjenjivo, dostupnost i pristupačnost, sadržaje i usluge relevantne za planiranu kategoriju odnosno standard te druge elemente kojima projekt ostvaruje planiranu kvalitativnu razinu.</w:t>
      </w:r>
    </w:p>
    <w:p w14:paraId="5CD55885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7FB1C266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617BCC52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655A5CFF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56AEA277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049B846E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5D34113A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3185D0C9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75A78C61" w14:textId="77777777" w:rsidR="004C2A7D" w:rsidRDefault="00000000">
      <w:pPr>
        <w:pStyle w:val="Naslov1"/>
      </w:pPr>
      <w:r>
        <w:t>7. POSEBNI ELEMENTI PROJEKTA</w:t>
      </w:r>
    </w:p>
    <w:p w14:paraId="37C14B84" w14:textId="77777777" w:rsidR="004C2A7D" w:rsidRDefault="00000000">
      <w:r>
        <w:t>Ispunjava se samo dio koji je primjenjiv na kategoriju projekta.</w:t>
      </w:r>
    </w:p>
    <w:p w14:paraId="0D7ADE8C" w14:textId="77777777" w:rsidR="00EC46CD" w:rsidRDefault="00000000">
      <w:pPr>
        <w:pStyle w:val="Naslov1"/>
      </w:pPr>
      <w:r>
        <w:lastRenderedPageBreak/>
        <w:t>Pansion:</w:t>
      </w:r>
    </w:p>
    <w:p w14:paraId="3DB8614C" w14:textId="77777777" w:rsidR="00EC46CD" w:rsidRDefault="00000000">
      <w:pPr>
        <w:pStyle w:val="Naslov1"/>
      </w:pPr>
      <w:r>
        <w:rPr>
          <w:b w:val="0"/>
        </w:rPr>
        <w:t>Opisati planiranu strukturu smještajnih jedinica, ugostiteljskih, zajedničkih i pratećih prostora te način ispunjavanja uvjeta za registraciju objekta kao Pansiona i ostvarivanje kategorije STANDARD odnosno KOMFOR.</w:t>
      </w:r>
    </w:p>
    <w:p w14:paraId="6579828A" w14:textId="77777777" w:rsidR="00EC46CD" w:rsidRDefault="00000000">
      <w:pPr>
        <w:pStyle w:val="Naslov1"/>
      </w:pPr>
      <w:r>
        <w:rPr>
          <w:b w:val="0"/>
        </w:rPr>
        <w:t>________________________________________________________________________________</w:t>
      </w:r>
    </w:p>
    <w:p w14:paraId="0191D17C" w14:textId="77777777" w:rsidR="00EC46CD" w:rsidRDefault="00000000">
      <w:pPr>
        <w:pStyle w:val="Naslov1"/>
      </w:pPr>
      <w:r>
        <w:rPr>
          <w:b w:val="0"/>
        </w:rPr>
        <w:t>________________________________________________________________________________</w:t>
      </w:r>
    </w:p>
    <w:p w14:paraId="521E445C" w14:textId="77777777" w:rsidR="00EC46CD" w:rsidRDefault="00000000">
      <w:pPr>
        <w:pStyle w:val="Naslov1"/>
      </w:pPr>
      <w:r>
        <w:rPr>
          <w:b w:val="0"/>
        </w:rPr>
        <w:t>________________________________________________________________________________</w:t>
      </w:r>
    </w:p>
    <w:p w14:paraId="6E314DBE" w14:textId="77777777" w:rsidR="00EC46CD" w:rsidRDefault="00000000">
      <w:pPr>
        <w:pStyle w:val="Naslov1"/>
      </w:pPr>
      <w:r>
        <w:t>Turističko naselje:</w:t>
      </w:r>
    </w:p>
    <w:p w14:paraId="748072E6" w14:textId="77777777" w:rsidR="00EC46CD" w:rsidRDefault="00000000">
      <w:pPr>
        <w:pStyle w:val="Naslov1"/>
      </w:pPr>
      <w:r>
        <w:rPr>
          <w:b w:val="0"/>
        </w:rPr>
        <w:t>Opisati prostorni obuhvat, strukturu i broj novih smještajnih jedinica, zajedničke i prateće sadržaje te način funkcionalnog i organizacijskog povezivanja cjeline i ostvarivanja planirane kategorije Turističkog naselja.</w:t>
      </w:r>
    </w:p>
    <w:p w14:paraId="7EC4CB93" w14:textId="77777777" w:rsidR="00EC46CD" w:rsidRDefault="00000000">
      <w:pPr>
        <w:pStyle w:val="Naslov1"/>
      </w:pPr>
      <w:r>
        <w:rPr>
          <w:b w:val="0"/>
        </w:rPr>
        <w:t>________________________________________________________________________________</w:t>
      </w:r>
    </w:p>
    <w:p w14:paraId="5EC2C781" w14:textId="77777777" w:rsidR="00EC46CD" w:rsidRDefault="00000000">
      <w:pPr>
        <w:pStyle w:val="Naslov1"/>
      </w:pPr>
      <w:r>
        <w:rPr>
          <w:b w:val="0"/>
        </w:rPr>
        <w:t>________________________________________________________________________________</w:t>
      </w:r>
    </w:p>
    <w:p w14:paraId="716C7880" w14:textId="77777777" w:rsidR="00EC46CD" w:rsidRDefault="00000000">
      <w:pPr>
        <w:pStyle w:val="Naslov1"/>
      </w:pPr>
      <w:r>
        <w:rPr>
          <w:b w:val="0"/>
        </w:rPr>
        <w:t>________________________________________________________________________________</w:t>
      </w:r>
    </w:p>
    <w:p w14:paraId="6957C221" w14:textId="77777777" w:rsidR="004C2A7D" w:rsidRDefault="00000000">
      <w:pPr>
        <w:pStyle w:val="Naslov1"/>
      </w:pPr>
      <w:r>
        <w:t>8. VRSTA I OPSEG ULAGANJA</w:t>
      </w:r>
    </w:p>
    <w:p w14:paraId="66BF6119" w14:textId="77777777" w:rsidR="004C2A7D" w:rsidRDefault="00000000">
      <w:r>
        <w:t>Prijavitelj označava opciju koja najbolje odgovara projektu:</w:t>
      </w:r>
    </w:p>
    <w:p w14:paraId="56FCF89D" w14:textId="77777777" w:rsidR="004C2A7D" w:rsidRDefault="00000000">
      <w:r>
        <w:t>☐ povećanje postojećeg registriranog smještajnog kapaciteta stvaranjem novih smještajnih jedinica/soba</w:t>
      </w:r>
    </w:p>
    <w:p w14:paraId="41DA7487" w14:textId="77777777" w:rsidR="004C2A7D" w:rsidRDefault="00000000">
      <w:r>
        <w:t>☐ uspostavljanje novog smještajnog objekta izgradnjom nove građevine</w:t>
      </w:r>
    </w:p>
    <w:p w14:paraId="74B5428B" w14:textId="77777777" w:rsidR="004C2A7D" w:rsidRDefault="00000000">
      <w:r>
        <w:t>☐ uspostavljanje novog smještajnog objekta cjelovitom prenamjenom odnosno revitalizacijom postojeće, prethodno nekorištene ili pretežito neiskorištene građevine/prostora</w:t>
      </w:r>
    </w:p>
    <w:p w14:paraId="68C6D717" w14:textId="77777777" w:rsidR="004C2A7D" w:rsidRDefault="00000000">
      <w:r>
        <w:t>Obrazloženje:</w:t>
      </w:r>
    </w:p>
    <w:p w14:paraId="2F366C4A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55E5320A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54BD9DB2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09579D5E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013CE19D" w14:textId="77777777" w:rsidR="00996883" w:rsidRDefault="00996883">
      <w:pPr>
        <w:pStyle w:val="Naslov1"/>
      </w:pPr>
    </w:p>
    <w:p w14:paraId="17A7FBEF" w14:textId="77777777" w:rsidR="004C2A7D" w:rsidRDefault="00000000">
      <w:pPr>
        <w:pStyle w:val="Naslov1"/>
      </w:pPr>
      <w:r>
        <w:t>9. TURISTIČKA I TRŽIŠNA FUNKCIJA PROJEKTA</w:t>
      </w:r>
    </w:p>
    <w:p w14:paraId="2278C6A2" w14:textId="77777777" w:rsidR="004C2A7D" w:rsidRDefault="00000000">
      <w:r>
        <w:t>Ukratko opisati planirano tržišno pozicioniranje objekta, ciljane goste, planirano razdoblje poslovanja tijekom godine i doprinos projekta smještajnoj ponudi područja Turističke zajednice Bilogora – Bjelovar.</w:t>
      </w:r>
    </w:p>
    <w:p w14:paraId="0E690CC9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6F1C2145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253536A3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057DCFEE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469E803A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49AA15B3" w14:textId="77777777" w:rsidR="004C2A7D" w:rsidRDefault="00000000">
      <w:r>
        <w:t>Planirano poslovanje:   ☐ cjelogodišnje   ☐ sezonsko – planirano razdoblje: __________________________</w:t>
      </w:r>
    </w:p>
    <w:p w14:paraId="1D0F4BB2" w14:textId="77777777" w:rsidR="004C2A7D" w:rsidRDefault="00000000">
      <w:r>
        <w:t>Primarne ciljne skupine gostiju:</w:t>
      </w:r>
    </w:p>
    <w:p w14:paraId="6ED7B311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63FD9759" w14:textId="77777777" w:rsidR="004C2A7D" w:rsidRDefault="00000000">
      <w:pPr>
        <w:spacing w:after="40"/>
      </w:pPr>
      <w:r>
        <w:t>________________________________________________________________________________</w:t>
      </w:r>
    </w:p>
    <w:p w14:paraId="12A41B0F" w14:textId="77777777" w:rsidR="004C2A7D" w:rsidRDefault="00000000">
      <w:pPr>
        <w:pStyle w:val="Naslov1"/>
      </w:pPr>
      <w:r>
        <w:t>10. PLAN I ROKOVI REALIZACIJE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398"/>
        <w:gridCol w:w="3396"/>
        <w:gridCol w:w="3396"/>
      </w:tblGrid>
      <w:tr w:rsidR="004C2A7D" w14:paraId="71727BD8" w14:textId="77777777">
        <w:trPr>
          <w:jc w:val="center"/>
        </w:trPr>
        <w:tc>
          <w:tcPr>
            <w:tcW w:w="3400" w:type="dxa"/>
            <w:shd w:val="clear" w:color="auto" w:fill="E7E6E6"/>
          </w:tcPr>
          <w:p w14:paraId="3CAECD3D" w14:textId="77777777" w:rsidR="004C2A7D" w:rsidRDefault="00000000">
            <w:r>
              <w:rPr>
                <w:b/>
              </w:rPr>
              <w:t>Aktivnost</w:t>
            </w:r>
          </w:p>
        </w:tc>
        <w:tc>
          <w:tcPr>
            <w:tcW w:w="3400" w:type="dxa"/>
            <w:shd w:val="clear" w:color="auto" w:fill="E7E6E6"/>
          </w:tcPr>
          <w:p w14:paraId="19047F3E" w14:textId="77777777" w:rsidR="004C2A7D" w:rsidRDefault="00000000">
            <w:r>
              <w:rPr>
                <w:b/>
              </w:rPr>
              <w:t>Planirani početak</w:t>
            </w:r>
          </w:p>
        </w:tc>
        <w:tc>
          <w:tcPr>
            <w:tcW w:w="3400" w:type="dxa"/>
            <w:shd w:val="clear" w:color="auto" w:fill="E7E6E6"/>
          </w:tcPr>
          <w:p w14:paraId="5C923E72" w14:textId="77777777" w:rsidR="004C2A7D" w:rsidRDefault="00000000">
            <w:r>
              <w:rPr>
                <w:b/>
              </w:rPr>
              <w:t>Planirani završetak</w:t>
            </w:r>
          </w:p>
        </w:tc>
      </w:tr>
      <w:tr w:rsidR="004C2A7D" w14:paraId="506A0C04" w14:textId="77777777">
        <w:trPr>
          <w:jc w:val="center"/>
        </w:trPr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0604E7" w14:textId="77777777" w:rsidR="004C2A7D" w:rsidRDefault="00000000">
            <w:r>
              <w:t>Projektna/pripremna faza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F70071" w14:textId="77777777" w:rsidR="004C2A7D" w:rsidRDefault="004C2A7D"/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D89F74" w14:textId="77777777" w:rsidR="004C2A7D" w:rsidRDefault="004C2A7D"/>
        </w:tc>
      </w:tr>
      <w:tr w:rsidR="004C2A7D" w14:paraId="52A6D8D2" w14:textId="77777777">
        <w:trPr>
          <w:jc w:val="center"/>
        </w:trPr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5BDE5B" w14:textId="77777777" w:rsidR="004C2A7D" w:rsidRDefault="00000000">
            <w:r>
              <w:t>Građevinski i obrtnički radovi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6E07EC" w14:textId="77777777" w:rsidR="004C2A7D" w:rsidRDefault="004C2A7D"/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32D1C8" w14:textId="77777777" w:rsidR="004C2A7D" w:rsidRDefault="004C2A7D"/>
        </w:tc>
      </w:tr>
      <w:tr w:rsidR="004C2A7D" w14:paraId="093F191B" w14:textId="77777777">
        <w:trPr>
          <w:jc w:val="center"/>
        </w:trPr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D8D118" w14:textId="77777777" w:rsidR="004C2A7D" w:rsidRDefault="00000000">
            <w:r>
              <w:t>Uređenje i opremanje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DA79A2" w14:textId="77777777" w:rsidR="004C2A7D" w:rsidRDefault="004C2A7D"/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79159D" w14:textId="77777777" w:rsidR="004C2A7D" w:rsidRDefault="004C2A7D"/>
        </w:tc>
      </w:tr>
      <w:tr w:rsidR="004C2A7D" w14:paraId="394AC31D" w14:textId="77777777">
        <w:trPr>
          <w:jc w:val="center"/>
        </w:trPr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B2D7F4" w14:textId="77777777" w:rsidR="004C2A7D" w:rsidRDefault="00000000">
            <w:r>
              <w:t>Registracija/kategorizacija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139FDA" w14:textId="77777777" w:rsidR="004C2A7D" w:rsidRDefault="004C2A7D"/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E863D5" w14:textId="77777777" w:rsidR="004C2A7D" w:rsidRDefault="004C2A7D"/>
        </w:tc>
      </w:tr>
      <w:tr w:rsidR="004C2A7D" w14:paraId="3CDFE65D" w14:textId="77777777">
        <w:trPr>
          <w:jc w:val="center"/>
        </w:trPr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2BF61F" w14:textId="77777777" w:rsidR="004C2A7D" w:rsidRDefault="00000000">
            <w:r>
              <w:t>Stavljanje objekta u funkciju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8DBAC9" w14:textId="77777777" w:rsidR="004C2A7D" w:rsidRDefault="004C2A7D"/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437B59" w14:textId="77777777" w:rsidR="004C2A7D" w:rsidRDefault="004C2A7D"/>
        </w:tc>
      </w:tr>
    </w:tbl>
    <w:p w14:paraId="7495603D" w14:textId="77777777" w:rsidR="004C2A7D" w:rsidRDefault="004C2A7D"/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669"/>
      </w:tblGrid>
      <w:tr w:rsidR="004C2A7D" w14:paraId="7DB7D8E9" w14:textId="77777777">
        <w:trPr>
          <w:jc w:val="center"/>
        </w:trPr>
        <w:tc>
          <w:tcPr>
            <w:tcW w:w="3969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99F7ED" w14:textId="77777777" w:rsidR="004C2A7D" w:rsidRDefault="00000000">
            <w:r>
              <w:rPr>
                <w:b/>
                <w:sz w:val="19"/>
              </w:rPr>
              <w:t>Planirani datum završetka cjelokupnog projekta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C90B00" w14:textId="77777777" w:rsidR="004C2A7D" w:rsidRDefault="004C2A7D"/>
        </w:tc>
      </w:tr>
      <w:tr w:rsidR="004C2A7D" w14:paraId="3CB09FE0" w14:textId="77777777">
        <w:trPr>
          <w:jc w:val="center"/>
        </w:trPr>
        <w:tc>
          <w:tcPr>
            <w:tcW w:w="3969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0961A7" w14:textId="77777777" w:rsidR="004C2A7D" w:rsidRDefault="00000000">
            <w:r>
              <w:rPr>
                <w:b/>
                <w:sz w:val="19"/>
              </w:rPr>
              <w:t>Planirani datum stavljanja smještajnog objekta u funkciju turističkog smještaja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F3F2A6" w14:textId="77777777" w:rsidR="004C2A7D" w:rsidRDefault="004C2A7D"/>
        </w:tc>
      </w:tr>
    </w:tbl>
    <w:p w14:paraId="5EF2187C" w14:textId="77777777" w:rsidR="004C2A7D" w:rsidRDefault="004C2A7D"/>
    <w:p w14:paraId="08A22B29" w14:textId="77777777" w:rsidR="004C2A7D" w:rsidRDefault="00000000">
      <w:r>
        <w:rPr>
          <w:b/>
        </w:rPr>
        <w:t>Napomena: Projekt mora biti u cijelosti završen, a novi odnosno povećani smještajni kapaciteti registrirani, kada je primjenjivo kategorizirani, te stvarno stavljeni u funkciju turističkog smještaja najkasnije do 20. lipnja 2027. godine, sukladno točki 5. Javnog poziva.</w:t>
      </w:r>
    </w:p>
    <w:p w14:paraId="505E7CC4" w14:textId="77777777" w:rsidR="0027236B" w:rsidRDefault="00000000">
      <w:pPr>
        <w:pStyle w:val="Naslov1"/>
      </w:pPr>
      <w:r>
        <w:rPr>
          <w:b w:val="0"/>
          <w:i/>
        </w:rPr>
        <w:lastRenderedPageBreak/>
        <w:t>Napomena: Ovaj obrazac čini dio prijavne dokumentacije. Prijave se razmatraju sukcesivno prema redoslijedu zaprimanja potpunih prijava, do iskorištenja raspoloživih sredstava, a najkasnije do 31. prosinca 2026. godine.</w:t>
      </w:r>
    </w:p>
    <w:p w14:paraId="53E53FDF" w14:textId="77777777" w:rsidR="004C2A7D" w:rsidRDefault="00000000">
      <w:pPr>
        <w:pStyle w:val="Naslov1"/>
      </w:pPr>
      <w:r>
        <w:t>11. IZJAVA O USKLAĐENOSTI PODATAKA</w:t>
      </w:r>
    </w:p>
    <w:p w14:paraId="1CD03198" w14:textId="77777777" w:rsidR="004C2A7D" w:rsidRDefault="00000000">
      <w:r>
        <w:t>Podnositelj potvrđuje da su podaci navedeni u ovom Obrascu istiniti te usklađeni s Idejnim projektom, Obrascem zahtjeva, Financijskim planom i troškovnikom te ostalom dokumentacijom dostavljenom uz prijavu, na temelju koje se utvrđuju prihvatljivost projekta i njegovo ocjenjivanje sukladno Javnom pozivu.</w:t>
      </w: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669"/>
      </w:tblGrid>
      <w:tr w:rsidR="004C2A7D" w14:paraId="42CF0D4B" w14:textId="77777777">
        <w:trPr>
          <w:jc w:val="center"/>
        </w:trPr>
        <w:tc>
          <w:tcPr>
            <w:tcW w:w="3969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0B570D" w14:textId="77777777" w:rsidR="004C2A7D" w:rsidRDefault="00000000">
            <w:r>
              <w:rPr>
                <w:b/>
                <w:sz w:val="19"/>
              </w:rPr>
              <w:t>Mjesto i datum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178ED4" w14:textId="77777777" w:rsidR="004C2A7D" w:rsidRDefault="004C2A7D"/>
        </w:tc>
      </w:tr>
      <w:tr w:rsidR="004C2A7D" w14:paraId="0C9FF0D2" w14:textId="77777777">
        <w:trPr>
          <w:jc w:val="center"/>
        </w:trPr>
        <w:tc>
          <w:tcPr>
            <w:tcW w:w="3969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3DCB84" w14:textId="77777777" w:rsidR="004C2A7D" w:rsidRDefault="00000000">
            <w:r>
              <w:rPr>
                <w:b/>
                <w:sz w:val="19"/>
              </w:rPr>
              <w:t>Ime i prezime odgovorne osobe / prijavitelja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B5558E" w14:textId="77777777" w:rsidR="004C2A7D" w:rsidRDefault="004C2A7D"/>
        </w:tc>
      </w:tr>
      <w:tr w:rsidR="004C2A7D" w14:paraId="2BFBD03B" w14:textId="77777777">
        <w:trPr>
          <w:jc w:val="center"/>
        </w:trPr>
        <w:tc>
          <w:tcPr>
            <w:tcW w:w="3969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E65FA9" w14:textId="77777777" w:rsidR="004C2A7D" w:rsidRDefault="00000000">
            <w:r>
              <w:rPr>
                <w:b/>
                <w:sz w:val="19"/>
              </w:rPr>
              <w:t>Potpis i M.P. (ako je primjenjivo)</w:t>
            </w:r>
          </w:p>
        </w:tc>
        <w:tc>
          <w:tcPr>
            <w:tcW w:w="56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F0B927" w14:textId="77777777" w:rsidR="004C2A7D" w:rsidRDefault="004C2A7D"/>
        </w:tc>
      </w:tr>
    </w:tbl>
    <w:p w14:paraId="767030B6" w14:textId="77777777" w:rsidR="004C2A7D" w:rsidRDefault="004C2A7D">
      <w:pPr>
        <w:spacing w:after="0" w:line="20" w:lineRule="exact"/>
      </w:pPr>
    </w:p>
    <w:sectPr w:rsidR="004C2A7D" w:rsidSect="004E0E4B">
      <w:headerReference w:type="first" r:id="rId8"/>
      <w:pgSz w:w="12240" w:h="15840"/>
      <w:pgMar w:top="964" w:right="1020" w:bottom="964" w:left="1020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D27CA" w14:textId="77777777" w:rsidR="00B94C1A" w:rsidRDefault="00B94C1A" w:rsidP="004E0E4B">
      <w:pPr>
        <w:spacing w:after="0" w:line="240" w:lineRule="auto"/>
      </w:pPr>
      <w:r>
        <w:separator/>
      </w:r>
    </w:p>
  </w:endnote>
  <w:endnote w:type="continuationSeparator" w:id="0">
    <w:p w14:paraId="20BD2052" w14:textId="77777777" w:rsidR="00B94C1A" w:rsidRDefault="00B94C1A" w:rsidP="004E0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CEE5C" w14:textId="77777777" w:rsidR="00B94C1A" w:rsidRDefault="00B94C1A" w:rsidP="004E0E4B">
      <w:pPr>
        <w:spacing w:after="0" w:line="240" w:lineRule="auto"/>
      </w:pPr>
      <w:r>
        <w:separator/>
      </w:r>
    </w:p>
  </w:footnote>
  <w:footnote w:type="continuationSeparator" w:id="0">
    <w:p w14:paraId="58364D43" w14:textId="77777777" w:rsidR="00B94C1A" w:rsidRDefault="00B94C1A" w:rsidP="004E0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C91FE" w14:textId="77777777" w:rsidR="004E0E4B" w:rsidRDefault="004E0E4B" w:rsidP="004E0E4B">
    <w:pPr>
      <w:pStyle w:val="Zaglavlje"/>
      <w:jc w:val="center"/>
    </w:pPr>
    <w:r w:rsidRPr="00AF4D97">
      <w:rPr>
        <w:noProof/>
      </w:rPr>
      <w:drawing>
        <wp:inline distT="0" distB="0" distL="0" distR="0" wp14:anchorId="3731B1E4" wp14:editId="08823772">
          <wp:extent cx="777240" cy="952500"/>
          <wp:effectExtent l="0" t="0" r="3810" b="0"/>
          <wp:docPr id="859159574" name="Slika 1" descr="Grb_Grada_Bjelovara_clean – Grad Bjelov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Grb_Grada_Bjelovara_clean – Grad Bjelov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06679">
      <w:rPr>
        <w:noProof/>
        <w:lang w:eastAsia="hr-HR"/>
      </w:rPr>
      <w:drawing>
        <wp:inline distT="0" distB="0" distL="0" distR="0" wp14:anchorId="0695CC10" wp14:editId="3BC22567">
          <wp:extent cx="1242060" cy="1043940"/>
          <wp:effectExtent l="0" t="0" r="0" b="3810"/>
          <wp:docPr id="1056679352" name="Slika 3" descr="C:\Users\Iva\AppData\Local\Temp\logo-page-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9" descr="C:\Users\Iva\AppData\Local\Temp\logo-page-00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1145509">
    <w:abstractNumId w:val="8"/>
  </w:num>
  <w:num w:numId="2" w16cid:durableId="1752657919">
    <w:abstractNumId w:val="6"/>
  </w:num>
  <w:num w:numId="3" w16cid:durableId="1047993396">
    <w:abstractNumId w:val="5"/>
  </w:num>
  <w:num w:numId="4" w16cid:durableId="1836606213">
    <w:abstractNumId w:val="4"/>
  </w:num>
  <w:num w:numId="5" w16cid:durableId="107548404">
    <w:abstractNumId w:val="7"/>
  </w:num>
  <w:num w:numId="6" w16cid:durableId="458687039">
    <w:abstractNumId w:val="3"/>
  </w:num>
  <w:num w:numId="7" w16cid:durableId="2003124158">
    <w:abstractNumId w:val="2"/>
  </w:num>
  <w:num w:numId="8" w16cid:durableId="719282281">
    <w:abstractNumId w:val="1"/>
  </w:num>
  <w:num w:numId="9" w16cid:durableId="127209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6991"/>
    <w:rsid w:val="0015074B"/>
    <w:rsid w:val="0021419E"/>
    <w:rsid w:val="00245F5B"/>
    <w:rsid w:val="0027236B"/>
    <w:rsid w:val="0029639D"/>
    <w:rsid w:val="00326F90"/>
    <w:rsid w:val="004A584E"/>
    <w:rsid w:val="004C2A7D"/>
    <w:rsid w:val="004E0E4B"/>
    <w:rsid w:val="00781FD6"/>
    <w:rsid w:val="008B7095"/>
    <w:rsid w:val="00996883"/>
    <w:rsid w:val="00AA1D8D"/>
    <w:rsid w:val="00B47730"/>
    <w:rsid w:val="00B94C1A"/>
    <w:rsid w:val="00CB0664"/>
    <w:rsid w:val="00D05CA3"/>
    <w:rsid w:val="00E80BF0"/>
    <w:rsid w:val="00EC46CD"/>
    <w:rsid w:val="00F10A96"/>
    <w:rsid w:val="00FC55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8E5529"/>
  <w14:defaultImageDpi w14:val="300"/>
  <w15:docId w15:val="{400F1FF2-CCF2-4FCF-815A-327EE7BF5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0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1382</Words>
  <Characters>7883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turističkazajednica bilogorabjelovar</cp:lastModifiedBy>
  <cp:revision>2</cp:revision>
  <dcterms:created xsi:type="dcterms:W3CDTF">2026-09-16T06:10:00Z</dcterms:created>
  <dcterms:modified xsi:type="dcterms:W3CDTF">2026-09-16T06:10:00Z</dcterms:modified>
  <cp:category/>
</cp:coreProperties>
</file>