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3823" w:rsidRDefault="00EC5462">
      <w:pPr>
        <w:jc w:val="center"/>
      </w:pPr>
      <w:r>
        <w:rPr>
          <w:b/>
          <w:noProof/>
          <w:sz w:val="30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-186690</wp:posOffset>
            </wp:positionH>
            <wp:positionV relativeFrom="paragraph">
              <wp:posOffset>-393065</wp:posOffset>
            </wp:positionV>
            <wp:extent cx="2157153" cy="1504604"/>
            <wp:effectExtent l="0" t="0" r="0" b="635"/>
            <wp:wrapTight wrapText="bothSides">
              <wp:wrapPolygon edited="0">
                <wp:start x="0" y="0"/>
                <wp:lineTo x="0" y="21336"/>
                <wp:lineTo x="21365" y="21336"/>
                <wp:lineTo x="21365" y="0"/>
                <wp:lineTo x="0" y="0"/>
              </wp:wrapPolygon>
            </wp:wrapTight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ali ljudi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57153" cy="15046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0"/>
        </w:rPr>
        <w:t>PRIJAVNI OBRAZAC</w:t>
      </w:r>
      <w:r>
        <w:rPr>
          <w:b/>
          <w:sz w:val="30"/>
        </w:rPr>
        <w:br/>
        <w:t>„MALI LJUDI, VELIKA DJELA – PONOS BJELOVARA” 2026.</w:t>
      </w:r>
    </w:p>
    <w:p w:rsidR="00B03823" w:rsidRDefault="00EC5462">
      <w:pPr>
        <w:jc w:val="center"/>
      </w:pPr>
      <w:r>
        <w:t>Za nominaciju djece od 6 do 14 godina s područja grada Bjelovara.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Ime i prezime nominiranog djeteta</w:t>
            </w:r>
          </w:p>
        </w:tc>
      </w:tr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Kliknite ovdje i upišite podatke.</w:t>
            </w:r>
          </w:p>
        </w:tc>
      </w:tr>
    </w:tbl>
    <w:p w:rsidR="00B03823" w:rsidRDefault="00B03823">
      <w:pPr>
        <w:spacing w:after="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Datum rođenja i škola / vrtić (ako je primjenjivo)</w:t>
            </w:r>
          </w:p>
        </w:tc>
      </w:tr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Kliknite ovdje i upišite podatke.</w:t>
            </w:r>
          </w:p>
        </w:tc>
      </w:tr>
    </w:tbl>
    <w:p w:rsidR="00B03823" w:rsidRDefault="00B03823">
      <w:pPr>
        <w:spacing w:after="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Kratka biografija nominiranog djeteta</w:t>
            </w:r>
          </w:p>
        </w:tc>
      </w:tr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Kliknite ovdje i upišite podatke.</w:t>
            </w:r>
          </w:p>
          <w:p w:rsidR="00B03823" w:rsidRDefault="00EC5462">
            <w:r>
              <w:t xml:space="preserve"> </w:t>
            </w:r>
          </w:p>
        </w:tc>
      </w:tr>
    </w:tbl>
    <w:p w:rsidR="00B03823" w:rsidRDefault="00B03823">
      <w:pPr>
        <w:spacing w:after="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Opis dobrog djela i razlog nominacije (što je dijete učinilo, kome je pomoglo i zašto zaslužuje priznanje)</w:t>
            </w:r>
          </w:p>
        </w:tc>
      </w:tr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Kliknite ovdje i upišite podatke.</w:t>
            </w:r>
          </w:p>
          <w:p w:rsidR="00B03823" w:rsidRDefault="00EC5462">
            <w:r>
              <w:t xml:space="preserve"> </w:t>
            </w:r>
          </w:p>
          <w:p w:rsidR="00B03823" w:rsidRDefault="00EC5462">
            <w:r>
              <w:t xml:space="preserve"> </w:t>
            </w:r>
          </w:p>
          <w:p w:rsidR="00B03823" w:rsidRDefault="00EC5462">
            <w:r>
              <w:t xml:space="preserve"> </w:t>
            </w:r>
          </w:p>
          <w:p w:rsidR="00B03823" w:rsidRDefault="00EC5462">
            <w:r>
              <w:t xml:space="preserve"> </w:t>
            </w:r>
          </w:p>
          <w:p w:rsidR="00B03823" w:rsidRDefault="00EC5462">
            <w:r>
              <w:t xml:space="preserve"> </w:t>
            </w:r>
          </w:p>
        </w:tc>
      </w:tr>
    </w:tbl>
    <w:p w:rsidR="00B03823" w:rsidRDefault="00B03823">
      <w:pPr>
        <w:spacing w:after="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Ime i prezime podnositelja prijave / naziv skupine</w:t>
            </w:r>
          </w:p>
        </w:tc>
      </w:tr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Kliknite ovdje i upišite podatke.</w:t>
            </w:r>
          </w:p>
        </w:tc>
      </w:tr>
    </w:tbl>
    <w:p w:rsidR="00B03823" w:rsidRDefault="00B03823">
      <w:pPr>
        <w:spacing w:after="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Kontakt podnositelja prijave (telefon i e-adresa)</w:t>
            </w:r>
          </w:p>
        </w:tc>
      </w:tr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Kliknite ovdje i upišite podatke.</w:t>
            </w:r>
          </w:p>
        </w:tc>
      </w:tr>
    </w:tbl>
    <w:p w:rsidR="00B03823" w:rsidRDefault="00B03823">
      <w:pPr>
        <w:spacing w:after="0"/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Kontakt roditelja/skrbnika djeteta (ako je dostupan)</w:t>
            </w:r>
          </w:p>
        </w:tc>
      </w:tr>
      <w:tr w:rsidR="00B03823">
        <w:trPr>
          <w:jc w:val="center"/>
        </w:trPr>
        <w:tc>
          <w:tcPr>
            <w:tcW w:w="9972" w:type="dxa"/>
          </w:tcPr>
          <w:p w:rsidR="00B03823" w:rsidRDefault="00EC5462">
            <w:r>
              <w:t>Kliknite ovdje i upišite podatke.</w:t>
            </w:r>
          </w:p>
        </w:tc>
      </w:tr>
    </w:tbl>
    <w:p w:rsidR="00B03823" w:rsidRDefault="00B03823">
      <w:pPr>
        <w:spacing w:after="0"/>
      </w:pPr>
    </w:p>
    <w:p w:rsidR="00B03823" w:rsidRDefault="00EC5462">
      <w:pPr>
        <w:spacing w:after="100"/>
      </w:pPr>
      <w:proofErr w:type="spellStart"/>
      <w:r>
        <w:t>Fotografiju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priložite</w:t>
      </w:r>
      <w:proofErr w:type="spellEnd"/>
      <w:r>
        <w:t xml:space="preserve"> </w:t>
      </w:r>
      <w:proofErr w:type="spellStart"/>
      <w:r>
        <w:t>zasebno</w:t>
      </w:r>
      <w:proofErr w:type="spellEnd"/>
      <w:r>
        <w:t xml:space="preserve"> uz odgovarajuću suglasnost roditelja/skrbnika.</w:t>
      </w:r>
    </w:p>
    <w:p w:rsidR="00B03823" w:rsidRDefault="00EC5462">
      <w:pPr>
        <w:spacing w:after="100"/>
      </w:pPr>
      <w:r>
        <w:t xml:space="preserve">Osobni podaci koriste se za obradu prijave i organizaciju dodjele. </w:t>
      </w:r>
      <w:bookmarkStart w:id="0" w:name="_GoBack"/>
      <w:bookmarkEnd w:id="0"/>
    </w:p>
    <w:p w:rsidR="00B03823" w:rsidRDefault="00EC5462">
      <w:r>
        <w:rPr>
          <w:b/>
        </w:rPr>
        <w:t>Rok: 13. 11. 2026.  |  Slanje: dgv.bjelovar@gmail.com</w:t>
      </w:r>
    </w:p>
    <w:p w:rsidR="00B03823" w:rsidRDefault="00EC5462">
      <w:r>
        <w:rPr>
          <w:i/>
        </w:rPr>
        <w:t>Obrazac ispuniti na računalu u Wordu, font Times New Roman, veličina 12. Ručno ispunjene i skenirane prijave neće se uvažavati.</w:t>
      </w:r>
    </w:p>
    <w:sectPr w:rsidR="00B03823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0119"/>
    <w:rsid w:val="00AA1D8D"/>
    <w:rsid w:val="00B03823"/>
    <w:rsid w:val="00B47730"/>
    <w:rsid w:val="00CB0664"/>
    <w:rsid w:val="00EC54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4985AB"/>
  <w14:defaultImageDpi w14:val="300"/>
  <w15:docId w15:val="{40D78A98-E1B6-4B1F-B6C6-B26A638DA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2B635A5-BEB1-4DB2-AE80-F6B1B6D60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Sanja Vranješević</cp:lastModifiedBy>
  <cp:revision>4</cp:revision>
  <dcterms:created xsi:type="dcterms:W3CDTF">2013-12-23T23:15:00Z</dcterms:created>
  <dcterms:modified xsi:type="dcterms:W3CDTF">2026-10-12T18:03:00Z</dcterms:modified>
  <cp:category/>
</cp:coreProperties>
</file>