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4D52" w:rsidRDefault="008D3E99">
      <w:pPr>
        <w:jc w:val="center"/>
      </w:pPr>
      <w:r>
        <w:rPr>
          <w:b/>
          <w:sz w:val="22"/>
        </w:rPr>
        <w:t>DJEČJE GRADSKO VIJEĆE GRADA BJELOVARA</w:t>
      </w:r>
    </w:p>
    <w:p w:rsidR="00424D52" w:rsidRDefault="008D3E99">
      <w:pPr>
        <w:jc w:val="center"/>
      </w:pPr>
      <w:r>
        <w:rPr>
          <w:b/>
          <w:color w:val="14467D"/>
          <w:sz w:val="30"/>
        </w:rPr>
        <w:t>SUGLASNOST RODITELJA / ZAKONSKOG SKRBNIKA</w:t>
      </w:r>
    </w:p>
    <w:p w:rsidR="00424D52" w:rsidRDefault="008D3E99">
      <w:pPr>
        <w:jc w:val="center"/>
      </w:pPr>
      <w:r>
        <w:t>za obradu osobnih podataka te fotografiranje, snimanje i javnu objavu u okviru akcije</w:t>
      </w:r>
    </w:p>
    <w:p w:rsidR="00424D52" w:rsidRDefault="008D3E99">
      <w:pPr>
        <w:jc w:val="center"/>
      </w:pPr>
      <w:r>
        <w:rPr>
          <w:b/>
        </w:rPr>
        <w:t>„MALI LJUDI, VELIKA DJELA – PONOS BJELOVARA” 2026.</w:t>
      </w:r>
    </w:p>
    <w:p w:rsidR="00424D52" w:rsidRDefault="008D3E99">
      <w:r>
        <w:t xml:space="preserve">Ime i prezime djeteta: </w:t>
      </w:r>
      <w:r>
        <w:t>__________________________________________________________</w:t>
      </w:r>
    </w:p>
    <w:p w:rsidR="00424D52" w:rsidRDefault="008D3E99">
      <w:r>
        <w:t>Ime i prezime roditelja / zakonskog skrbnika: __________________________________________</w:t>
      </w:r>
    </w:p>
    <w:p w:rsidR="00424D52" w:rsidRDefault="008D3E99">
      <w:r>
        <w:t>Kao roditelj / zakonski skrbnik navedenog djeteta upoznat/a sam s informacijama u nastavku.</w:t>
      </w:r>
    </w:p>
    <w:p w:rsidR="00424D52" w:rsidRDefault="008D3E99">
      <w:r>
        <w:rPr>
          <w:b/>
        </w:rPr>
        <w:t>1. Podaci potreb</w:t>
      </w:r>
      <w:r>
        <w:rPr>
          <w:b/>
        </w:rPr>
        <w:t>ni za provedbu javnog poziva</w:t>
      </w:r>
    </w:p>
    <w:p w:rsidR="00424D52" w:rsidRDefault="008D3E99">
      <w:r>
        <w:t>U svrhu zaprimanja i obrade prijave, provjere uvjeta sudjelovanja, rada stručnog povjerenstva, obavještavanja o rezultatima i organizacije dodjele priznanja obrađuju se podaci navedeni u prijavnici (primjerice ime i prezime, do</w:t>
      </w:r>
      <w:r>
        <w:t xml:space="preserve">b ili datum rođenja, opis dobrog djela te kontaktni podaci prijavitelja). </w:t>
      </w:r>
    </w:p>
    <w:p w:rsidR="00424D52" w:rsidRDefault="008D3E99">
      <w:r>
        <w:rPr>
          <w:b/>
        </w:rPr>
        <w:t>2.</w:t>
      </w:r>
      <w:r>
        <w:rPr>
          <w:b/>
        </w:rPr>
        <w:t xml:space="preserve"> Dobrovoljne privole za objavu i korištenje materijala</w:t>
      </w:r>
    </w:p>
    <w:p w:rsidR="00424D52" w:rsidRDefault="008D3E99">
      <w:r>
        <w:t>Za svaku svrhu zasebno označite DA ili NE. Odbijanje privole za objavu ne utječe na mogućnost prijave ni na odluku o dodjeli priznanja.</w:t>
      </w:r>
    </w:p>
    <w:p w:rsidR="00424D52" w:rsidRDefault="008D3E99">
      <w:r>
        <w:rPr>
          <w:b/>
        </w:rPr>
        <w:t xml:space="preserve">A. </w:t>
      </w:r>
      <w:r>
        <w:t>Dopuštam objavu imena i prezimena djeteta, njegova dobrog djel</w:t>
      </w:r>
      <w:r>
        <w:t>a i informacije o eventualno dodijeljenom priznanju na službenim mrežnim stranicama i društvenim mrežama organizatora i partnera akcije.</w:t>
      </w:r>
    </w:p>
    <w:p w:rsidR="00424D52" w:rsidRDefault="008D3E99">
      <w:pPr>
        <w:ind w:left="340"/>
      </w:pPr>
      <w:r>
        <w:t>☐</w:t>
      </w:r>
      <w:r>
        <w:t xml:space="preserve"> DA      ☐ NE</w:t>
      </w:r>
    </w:p>
    <w:p w:rsidR="00424D52" w:rsidRDefault="008D3E99">
      <w:r>
        <w:rPr>
          <w:b/>
        </w:rPr>
        <w:t xml:space="preserve">B. </w:t>
      </w:r>
      <w:r>
        <w:t>Dopuštam fotografiranje i/ili videosnimanje djeteta tijekom završne svečanosti i povezanih aktivnosti</w:t>
      </w:r>
      <w:r>
        <w:t xml:space="preserve"> te objavu tih materijala na službenim mrežnim stranicama i društvenim mrežama organizatora i partnera.</w:t>
      </w:r>
    </w:p>
    <w:p w:rsidR="00424D52" w:rsidRDefault="008D3E99">
      <w:pPr>
        <w:ind w:left="340"/>
      </w:pPr>
      <w:r>
        <w:t>☐</w:t>
      </w:r>
      <w:r>
        <w:t xml:space="preserve"> DA      ☐ NE</w:t>
      </w:r>
    </w:p>
    <w:p w:rsidR="00424D52" w:rsidRDefault="008D3E99">
      <w:r>
        <w:rPr>
          <w:b/>
        </w:rPr>
        <w:t xml:space="preserve">C. </w:t>
      </w:r>
      <w:r>
        <w:t>Dopuštam dostavu imena i prezimena djeteta, opisa dobrog djela te fotografija/videosnimki lokalnim i drugim medijima radi izvještavanj</w:t>
      </w:r>
      <w:r>
        <w:t>a o akciji i dobitnicima priznanja.</w:t>
      </w:r>
    </w:p>
    <w:p w:rsidR="00424D52" w:rsidRDefault="008D3E99">
      <w:pPr>
        <w:ind w:left="340"/>
      </w:pPr>
      <w:r>
        <w:t>☐</w:t>
      </w:r>
      <w:r>
        <w:t xml:space="preserve"> DA      ☐ NE</w:t>
      </w:r>
    </w:p>
    <w:p w:rsidR="00424D52" w:rsidRDefault="008D3E99">
      <w:r>
        <w:rPr>
          <w:b/>
        </w:rPr>
        <w:t>3. Informacije o zaštiti osobnih podataka</w:t>
      </w:r>
    </w:p>
    <w:p w:rsidR="008D3E99" w:rsidRDefault="008D3E99">
      <w:pPr>
        <w:rPr>
          <w:i/>
          <w:sz w:val="22"/>
        </w:rPr>
      </w:pPr>
      <w:proofErr w:type="spellStart"/>
      <w:r w:rsidRPr="008D3E99">
        <w:rPr>
          <w:i/>
          <w:sz w:val="22"/>
        </w:rPr>
        <w:t>Voditelj</w:t>
      </w:r>
      <w:proofErr w:type="spellEnd"/>
      <w:r w:rsidRPr="008D3E99">
        <w:rPr>
          <w:i/>
          <w:sz w:val="22"/>
        </w:rPr>
        <w:t xml:space="preserve"> </w:t>
      </w:r>
      <w:proofErr w:type="spellStart"/>
      <w:r w:rsidRPr="008D3E99">
        <w:rPr>
          <w:i/>
          <w:sz w:val="22"/>
        </w:rPr>
        <w:t>obrade</w:t>
      </w:r>
      <w:proofErr w:type="spellEnd"/>
      <w:r w:rsidRPr="008D3E99">
        <w:rPr>
          <w:i/>
          <w:sz w:val="22"/>
        </w:rPr>
        <w:t>: [</w:t>
      </w:r>
      <w:proofErr w:type="spellStart"/>
      <w:r w:rsidRPr="008D3E99">
        <w:rPr>
          <w:i/>
          <w:sz w:val="22"/>
        </w:rPr>
        <w:t>Društvo</w:t>
      </w:r>
      <w:proofErr w:type="spellEnd"/>
      <w:r w:rsidRPr="008D3E99">
        <w:rPr>
          <w:i/>
          <w:sz w:val="22"/>
        </w:rPr>
        <w:t xml:space="preserve"> </w:t>
      </w:r>
      <w:proofErr w:type="spellStart"/>
      <w:r w:rsidRPr="008D3E99">
        <w:rPr>
          <w:i/>
          <w:sz w:val="22"/>
        </w:rPr>
        <w:t>Naša</w:t>
      </w:r>
      <w:proofErr w:type="spellEnd"/>
      <w:r w:rsidRPr="008D3E99">
        <w:rPr>
          <w:i/>
          <w:sz w:val="22"/>
        </w:rPr>
        <w:t xml:space="preserve"> </w:t>
      </w:r>
      <w:proofErr w:type="spellStart"/>
      <w:r w:rsidRPr="008D3E99">
        <w:rPr>
          <w:i/>
          <w:sz w:val="22"/>
        </w:rPr>
        <w:t>djeca</w:t>
      </w:r>
      <w:proofErr w:type="spellEnd"/>
      <w:r w:rsidRPr="008D3E99">
        <w:rPr>
          <w:i/>
          <w:sz w:val="22"/>
        </w:rPr>
        <w:t xml:space="preserve"> </w:t>
      </w:r>
      <w:proofErr w:type="spellStart"/>
      <w:proofErr w:type="gramStart"/>
      <w:r w:rsidRPr="008D3E99">
        <w:rPr>
          <w:i/>
          <w:sz w:val="22"/>
        </w:rPr>
        <w:t>Bjelovar</w:t>
      </w:r>
      <w:proofErr w:type="spellEnd"/>
      <w:r w:rsidRPr="008D3E99">
        <w:rPr>
          <w:i/>
          <w:sz w:val="22"/>
        </w:rPr>
        <w:t xml:space="preserve"> </w:t>
      </w:r>
      <w:r w:rsidRPr="008D3E99">
        <w:rPr>
          <w:i/>
          <w:sz w:val="22"/>
        </w:rPr>
        <w:t>]</w:t>
      </w:r>
      <w:proofErr w:type="gramEnd"/>
      <w:r w:rsidRPr="008D3E99">
        <w:rPr>
          <w:i/>
          <w:sz w:val="22"/>
        </w:rPr>
        <w:t>.</w:t>
      </w:r>
    </w:p>
    <w:p w:rsidR="008D3E99" w:rsidRDefault="008D3E99">
      <w:pPr>
        <w:rPr>
          <w:i/>
          <w:sz w:val="22"/>
        </w:rPr>
      </w:pPr>
      <w:r w:rsidRPr="008D3E99">
        <w:rPr>
          <w:i/>
          <w:sz w:val="22"/>
        </w:rPr>
        <w:t xml:space="preserve"> Kontakt za pitanja o privatnosti i </w:t>
      </w:r>
      <w:proofErr w:type="spellStart"/>
      <w:r w:rsidRPr="008D3E99">
        <w:rPr>
          <w:i/>
          <w:sz w:val="22"/>
        </w:rPr>
        <w:t>povlačenje</w:t>
      </w:r>
      <w:proofErr w:type="spellEnd"/>
      <w:r w:rsidRPr="008D3E99">
        <w:rPr>
          <w:i/>
          <w:sz w:val="22"/>
        </w:rPr>
        <w:t xml:space="preserve"> </w:t>
      </w:r>
      <w:proofErr w:type="spellStart"/>
      <w:r w:rsidRPr="008D3E99">
        <w:rPr>
          <w:i/>
          <w:sz w:val="22"/>
        </w:rPr>
        <w:t>privole</w:t>
      </w:r>
      <w:proofErr w:type="spellEnd"/>
      <w:r w:rsidRPr="008D3E99">
        <w:rPr>
          <w:i/>
          <w:sz w:val="22"/>
        </w:rPr>
        <w:t>: [</w:t>
      </w:r>
      <w:proofErr w:type="gramStart"/>
      <w:r w:rsidRPr="008D3E99">
        <w:rPr>
          <w:i/>
          <w:sz w:val="22"/>
        </w:rPr>
        <w:t xml:space="preserve">dnd.bjelovar@gmail.com </w:t>
      </w:r>
      <w:r w:rsidRPr="008D3E99">
        <w:rPr>
          <w:i/>
          <w:sz w:val="22"/>
        </w:rPr>
        <w:t>]</w:t>
      </w:r>
      <w:proofErr w:type="gramEnd"/>
      <w:r w:rsidRPr="008D3E99">
        <w:rPr>
          <w:i/>
          <w:sz w:val="22"/>
        </w:rPr>
        <w:t xml:space="preserve">. </w:t>
      </w:r>
    </w:p>
    <w:p w:rsidR="00424D52" w:rsidRPr="008D3E99" w:rsidRDefault="008D3E99">
      <w:pPr>
        <w:rPr>
          <w:i/>
          <w:sz w:val="22"/>
        </w:rPr>
      </w:pPr>
      <w:proofErr w:type="spellStart"/>
      <w:r w:rsidRPr="008D3E99">
        <w:rPr>
          <w:i/>
          <w:sz w:val="22"/>
        </w:rPr>
        <w:t>Pristup</w:t>
      </w:r>
      <w:proofErr w:type="spellEnd"/>
      <w:r w:rsidRPr="008D3E99">
        <w:rPr>
          <w:i/>
          <w:sz w:val="22"/>
        </w:rPr>
        <w:t xml:space="preserve"> </w:t>
      </w:r>
      <w:proofErr w:type="spellStart"/>
      <w:r w:rsidRPr="008D3E99">
        <w:rPr>
          <w:i/>
          <w:sz w:val="22"/>
        </w:rPr>
        <w:t>podacima</w:t>
      </w:r>
      <w:proofErr w:type="spellEnd"/>
      <w:r w:rsidRPr="008D3E99">
        <w:rPr>
          <w:i/>
          <w:sz w:val="22"/>
        </w:rPr>
        <w:t xml:space="preserve"> </w:t>
      </w:r>
      <w:proofErr w:type="spellStart"/>
      <w:r w:rsidRPr="008D3E99">
        <w:rPr>
          <w:i/>
          <w:sz w:val="22"/>
        </w:rPr>
        <w:t>imaju</w:t>
      </w:r>
      <w:proofErr w:type="spellEnd"/>
      <w:r w:rsidRPr="008D3E99">
        <w:rPr>
          <w:i/>
          <w:sz w:val="22"/>
        </w:rPr>
        <w:t xml:space="preserve"> </w:t>
      </w:r>
      <w:proofErr w:type="spellStart"/>
      <w:r w:rsidRPr="008D3E99">
        <w:rPr>
          <w:i/>
          <w:sz w:val="22"/>
        </w:rPr>
        <w:t>ovlaštene</w:t>
      </w:r>
      <w:proofErr w:type="spellEnd"/>
      <w:r w:rsidRPr="008D3E99">
        <w:rPr>
          <w:i/>
          <w:sz w:val="22"/>
        </w:rPr>
        <w:t xml:space="preserve"> osobe uključene u provedbu akcije, a javno objavljeni sadržaji mogu biti dostupni široj javnosti i dalje dijeljeni.</w:t>
      </w:r>
    </w:p>
    <w:p w:rsidR="008D3E99" w:rsidRDefault="008D3E99">
      <w:bookmarkStart w:id="0" w:name="_GoBack"/>
      <w:bookmarkEnd w:id="0"/>
    </w:p>
    <w:p w:rsidR="00424D52" w:rsidRDefault="008D3E99"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datum: ___________________________    Potpis roditelja/skrbnika: ___________________________</w:t>
      </w:r>
    </w:p>
    <w:p w:rsidR="00424D52" w:rsidRDefault="00424D52"/>
    <w:sectPr w:rsidR="00424D52" w:rsidSect="00034616">
      <w:pgSz w:w="12240" w:h="15840"/>
      <w:pgMar w:top="1020" w:right="1247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24D52"/>
    <w:rsid w:val="008D3E9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D6545D"/>
  <w14:defaultImageDpi w14:val="300"/>
  <w15:docId w15:val="{A8958B45-70DD-4B09-9BB8-EBDA1E4E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5C8DE4-E68A-41FB-9090-9F2185BDA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Sanja Vranješević</cp:lastModifiedBy>
  <cp:revision>2</cp:revision>
  <dcterms:created xsi:type="dcterms:W3CDTF">2026-10-12T17:45:00Z</dcterms:created>
  <dcterms:modified xsi:type="dcterms:W3CDTF">2026-10-12T17:45:00Z</dcterms:modified>
  <cp:category/>
</cp:coreProperties>
</file>